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5E8321" w14:textId="7ACA4169" w:rsidR="00665951" w:rsidRPr="00417772" w:rsidRDefault="006D3758" w:rsidP="006D3758">
      <w:pPr>
        <w:spacing w:after="60" w:line="240" w:lineRule="auto"/>
        <w:rPr>
          <w:rFonts w:eastAsia="標楷體" w:cs="Times New Roman"/>
          <w:lang w:eastAsia="zh-TW"/>
        </w:rPr>
      </w:pPr>
      <w:r>
        <w:rPr>
          <w:rFonts w:eastAsia="標楷體" w:cs="Times New Roman"/>
          <w:lang w:eastAsia="zh-TW"/>
        </w:rPr>
        <w:br w:type="textWrapping" w:clear="all"/>
      </w:r>
    </w:p>
    <w:p w14:paraId="19D974F6" w14:textId="77777777" w:rsidR="00665951" w:rsidRPr="00417772" w:rsidRDefault="00000000">
      <w:pPr>
        <w:spacing w:before="120" w:after="40" w:line="240" w:lineRule="auto"/>
        <w:jc w:val="center"/>
        <w:rPr>
          <w:rFonts w:eastAsia="標楷體" w:cs="Times New Roman"/>
          <w:lang w:eastAsia="zh-TW"/>
        </w:rPr>
      </w:pPr>
      <w:r w:rsidRPr="00417772">
        <w:rPr>
          <w:rFonts w:eastAsia="標楷體" w:cs="Times New Roman"/>
          <w:b/>
          <w:color w:val="000000"/>
          <w:sz w:val="32"/>
          <w:lang w:eastAsia="zh-TW"/>
        </w:rPr>
        <w:t xml:space="preserve">2026 </w:t>
      </w:r>
      <w:r w:rsidRPr="00417772">
        <w:rPr>
          <w:rFonts w:eastAsia="標楷體" w:cs="Times New Roman"/>
          <w:b/>
          <w:color w:val="000000"/>
          <w:sz w:val="32"/>
          <w:lang w:eastAsia="zh-TW"/>
        </w:rPr>
        <w:t>智慧烘焙與綠色創新永續國際研討會</w:t>
      </w:r>
    </w:p>
    <w:p w14:paraId="4668D164" w14:textId="77777777" w:rsidR="00665951" w:rsidRPr="00417772" w:rsidRDefault="00000000">
      <w:pPr>
        <w:spacing w:after="40" w:line="240" w:lineRule="auto"/>
        <w:jc w:val="center"/>
        <w:rPr>
          <w:rFonts w:eastAsia="標楷體" w:cs="Times New Roman"/>
        </w:rPr>
      </w:pPr>
      <w:r w:rsidRPr="00417772">
        <w:rPr>
          <w:rFonts w:eastAsia="標楷體" w:cs="Times New Roman"/>
          <w:b/>
          <w:color w:val="000000"/>
          <w:sz w:val="25"/>
        </w:rPr>
        <w:t>2026 International Conference on Smart Baking and Green Innovation for Sustainability</w:t>
      </w:r>
    </w:p>
    <w:p w14:paraId="3E35C2DE" w14:textId="7D705A96" w:rsidR="00665951" w:rsidRPr="00417772" w:rsidRDefault="00000000">
      <w:pPr>
        <w:spacing w:line="240" w:lineRule="auto"/>
        <w:jc w:val="center"/>
        <w:rPr>
          <w:rFonts w:eastAsia="標楷體" w:cs="Times New Roman"/>
          <w:b/>
          <w:bCs/>
          <w:color w:val="C00000"/>
        </w:rPr>
      </w:pPr>
      <w:proofErr w:type="spellStart"/>
      <w:proofErr w:type="gramStart"/>
      <w:r w:rsidRPr="00417772">
        <w:rPr>
          <w:rFonts w:eastAsia="標楷體" w:cs="Times New Roman"/>
          <w:b/>
          <w:bCs/>
          <w:color w:val="C00000"/>
        </w:rPr>
        <w:t>英文摘要投稿資料表</w:t>
      </w:r>
      <w:proofErr w:type="spellEnd"/>
      <w:r w:rsidRPr="00417772">
        <w:rPr>
          <w:rFonts w:eastAsia="標楷體" w:cs="Times New Roman"/>
          <w:b/>
          <w:bCs/>
          <w:color w:val="C00000"/>
        </w:rPr>
        <w:t xml:space="preserve">  |</w:t>
      </w:r>
      <w:proofErr w:type="gramEnd"/>
      <w:r w:rsidRPr="00417772">
        <w:rPr>
          <w:rFonts w:eastAsia="標楷體" w:cs="Times New Roman"/>
          <w:b/>
          <w:bCs/>
          <w:color w:val="C00000"/>
        </w:rPr>
        <w:t xml:space="preserve">   Abstract Submission Form</w:t>
      </w:r>
    </w:p>
    <w:p w14:paraId="2F819AD0" w14:textId="77777777" w:rsidR="00665951" w:rsidRPr="00417772" w:rsidRDefault="00000000">
      <w:pPr>
        <w:keepNext/>
        <w:spacing w:before="180" w:after="80" w:line="240" w:lineRule="auto"/>
        <w:rPr>
          <w:rFonts w:eastAsia="標楷體" w:cs="Times New Roman"/>
        </w:rPr>
      </w:pPr>
      <w:r w:rsidRPr="00417772">
        <w:rPr>
          <w:rFonts w:eastAsia="標楷體" w:cs="Times New Roman"/>
          <w:b/>
          <w:color w:val="000000"/>
          <w:sz w:val="25"/>
        </w:rPr>
        <w:t xml:space="preserve">Submission </w:t>
      </w:r>
      <w:proofErr w:type="gramStart"/>
      <w:r w:rsidRPr="00417772">
        <w:rPr>
          <w:rFonts w:eastAsia="標楷體" w:cs="Times New Roman"/>
          <w:b/>
          <w:color w:val="000000"/>
          <w:sz w:val="25"/>
        </w:rPr>
        <w:t>Instructions</w:t>
      </w:r>
      <w:r w:rsidRPr="00417772">
        <w:rPr>
          <w:rFonts w:eastAsia="標楷體" w:cs="Times New Roman"/>
          <w:color w:val="666666"/>
          <w:sz w:val="22"/>
        </w:rPr>
        <w:t xml:space="preserve">  </w:t>
      </w:r>
      <w:proofErr w:type="spellStart"/>
      <w:r w:rsidRPr="00417772">
        <w:rPr>
          <w:rFonts w:eastAsia="標楷體" w:cs="Times New Roman"/>
          <w:b/>
          <w:bCs/>
          <w:color w:val="EE0000"/>
          <w:sz w:val="22"/>
        </w:rPr>
        <w:t>投稿說明</w:t>
      </w:r>
      <w:proofErr w:type="spellEnd"/>
      <w:proofErr w:type="gramEnd"/>
    </w:p>
    <w:p w14:paraId="1A1CE113" w14:textId="356D9FC8" w:rsidR="00665951" w:rsidRPr="00417772" w:rsidRDefault="00000000">
      <w:pPr>
        <w:spacing w:after="40" w:line="269" w:lineRule="auto"/>
        <w:rPr>
          <w:rFonts w:eastAsia="標楷體" w:cs="Times New Roman"/>
          <w:lang w:eastAsia="zh-TW"/>
        </w:rPr>
      </w:pPr>
      <w:r w:rsidRPr="00417772">
        <w:rPr>
          <w:rFonts w:eastAsia="標楷體" w:cs="Times New Roman"/>
          <w:b/>
          <w:color w:val="1F4E79"/>
          <w:sz w:val="20"/>
          <w:lang w:eastAsia="zh-TW"/>
        </w:rPr>
        <w:t xml:space="preserve">• </w:t>
      </w:r>
      <w:r w:rsidRPr="00417772">
        <w:rPr>
          <w:rFonts w:eastAsia="標楷體" w:cs="Times New Roman"/>
          <w:color w:val="000000"/>
          <w:sz w:val="20"/>
          <w:lang w:eastAsia="zh-TW"/>
        </w:rPr>
        <w:t>請完整填寫本表；完成後請依活動公告上傳至指定</w:t>
      </w:r>
      <w:r w:rsidRPr="00417772">
        <w:rPr>
          <w:rFonts w:eastAsia="標楷體" w:cs="Times New Roman"/>
          <w:color w:val="000000"/>
          <w:sz w:val="20"/>
          <w:lang w:eastAsia="zh-TW"/>
        </w:rPr>
        <w:t xml:space="preserve"> Google </w:t>
      </w:r>
      <w:r w:rsidRPr="00417772">
        <w:rPr>
          <w:rFonts w:eastAsia="標楷體" w:cs="Times New Roman"/>
          <w:color w:val="000000"/>
          <w:sz w:val="20"/>
          <w:lang w:eastAsia="zh-TW"/>
        </w:rPr>
        <w:t>表單</w:t>
      </w:r>
      <w:r w:rsidR="00C5654D" w:rsidRPr="00417772">
        <w:rPr>
          <w:rFonts w:eastAsia="標楷體" w:cs="Times New Roman"/>
          <w:color w:val="000000"/>
          <w:sz w:val="20"/>
          <w:lang w:eastAsia="zh-TW"/>
        </w:rPr>
        <w:t>:</w:t>
      </w:r>
      <w:r w:rsidR="00417772" w:rsidRPr="00417772">
        <w:rPr>
          <w:rFonts w:eastAsia="標楷體" w:cs="Times New Roman"/>
          <w:lang w:eastAsia="zh-TW"/>
        </w:rPr>
        <w:t xml:space="preserve"> </w:t>
      </w:r>
      <w:r w:rsidR="00417772" w:rsidRPr="00AE0AD2">
        <w:rPr>
          <w:rFonts w:eastAsia="標楷體" w:cs="Times New Roman"/>
          <w:b/>
          <w:bCs/>
          <w:color w:val="EE0000"/>
          <w:sz w:val="20"/>
          <w:lang w:eastAsia="zh-TW"/>
        </w:rPr>
        <w:t>https://forms.gle/TcuhpBMmPGwBewjy5</w:t>
      </w:r>
    </w:p>
    <w:p w14:paraId="60F362A1" w14:textId="6B616A02" w:rsidR="00665951" w:rsidRDefault="00000000">
      <w:pPr>
        <w:spacing w:after="40" w:line="269" w:lineRule="auto"/>
        <w:rPr>
          <w:rFonts w:eastAsia="標楷體" w:cs="Times New Roman"/>
          <w:color w:val="000000"/>
          <w:sz w:val="20"/>
          <w:lang w:eastAsia="zh-TW"/>
        </w:rPr>
      </w:pPr>
      <w:r w:rsidRPr="00417772">
        <w:rPr>
          <w:rFonts w:eastAsia="標楷體" w:cs="Times New Roman"/>
          <w:b/>
          <w:color w:val="1F4E79"/>
          <w:sz w:val="20"/>
          <w:lang w:eastAsia="zh-TW"/>
        </w:rPr>
        <w:t xml:space="preserve">• </w:t>
      </w:r>
      <w:r w:rsidRPr="00417772">
        <w:rPr>
          <w:rFonts w:eastAsia="標楷體" w:cs="Times New Roman"/>
          <w:color w:val="000000"/>
          <w:sz w:val="20"/>
          <w:lang w:eastAsia="zh-TW"/>
        </w:rPr>
        <w:t>請以英文各提供一份摘要；作者順序、姓名拼寫與服務單位請務必一致。</w:t>
      </w:r>
    </w:p>
    <w:p w14:paraId="1AB8589F" w14:textId="3D8E2B16" w:rsidR="00882DC8" w:rsidRDefault="00882DC8">
      <w:pPr>
        <w:spacing w:after="40" w:line="269" w:lineRule="auto"/>
        <w:rPr>
          <w:rFonts w:eastAsia="標楷體" w:cs="Times New Roman" w:hint="eastAsia"/>
          <w:color w:val="000000"/>
          <w:sz w:val="20"/>
          <w:lang w:eastAsia="zh-TW"/>
        </w:rPr>
      </w:pPr>
      <w:r w:rsidRPr="00417772">
        <w:rPr>
          <w:rFonts w:eastAsia="標楷體" w:cs="Times New Roman"/>
          <w:b/>
          <w:color w:val="1F4E79"/>
          <w:sz w:val="20"/>
          <w:lang w:eastAsia="zh-TW"/>
        </w:rPr>
        <w:t>•</w:t>
      </w:r>
      <w:r w:rsidRPr="00882DC8">
        <w:rPr>
          <w:rFonts w:eastAsia="標楷體" w:cs="Times New Roman"/>
          <w:color w:val="000000"/>
          <w:sz w:val="20"/>
          <w:lang w:eastAsia="zh-TW"/>
        </w:rPr>
        <w:t>英文摘要須為</w:t>
      </w:r>
      <w:r w:rsidRPr="00882DC8">
        <w:rPr>
          <w:rFonts w:eastAsia="標楷體" w:cs="Times New Roman"/>
          <w:color w:val="000000"/>
          <w:sz w:val="20"/>
          <w:lang w:eastAsia="zh-TW"/>
        </w:rPr>
        <w:t xml:space="preserve"> 300 </w:t>
      </w:r>
      <w:r w:rsidRPr="00882DC8">
        <w:rPr>
          <w:rFonts w:eastAsia="標楷體" w:cs="Times New Roman"/>
          <w:color w:val="000000"/>
          <w:sz w:val="20"/>
          <w:lang w:eastAsia="zh-TW"/>
        </w:rPr>
        <w:t>字之單一段落，依序清楚呈現背景／動機、研究目的、方法、主要結果及結論／貢獻；請填列具體研究結果，不得使用「將於研討會中討論」等含糊表述。</w:t>
      </w:r>
    </w:p>
    <w:p w14:paraId="741B9453" w14:textId="4DD9E606" w:rsidR="00665951" w:rsidRPr="00882DC8" w:rsidRDefault="00000000">
      <w:pPr>
        <w:spacing w:after="40" w:line="269" w:lineRule="auto"/>
        <w:rPr>
          <w:rFonts w:eastAsia="標楷體" w:cs="Times New Roman" w:hint="eastAsia"/>
          <w:color w:val="000000"/>
          <w:sz w:val="20"/>
          <w:lang w:eastAsia="zh-TW"/>
        </w:rPr>
      </w:pPr>
      <w:r w:rsidRPr="00417772">
        <w:rPr>
          <w:rFonts w:eastAsia="標楷體" w:cs="Times New Roman"/>
          <w:b/>
          <w:color w:val="1F4E79"/>
          <w:sz w:val="20"/>
          <w:lang w:eastAsia="zh-TW"/>
        </w:rPr>
        <w:t xml:space="preserve">• </w:t>
      </w:r>
      <w:r w:rsidRPr="00417772">
        <w:rPr>
          <w:rFonts w:eastAsia="標楷體" w:cs="Times New Roman"/>
          <w:color w:val="000000"/>
          <w:sz w:val="20"/>
          <w:lang w:eastAsia="zh-TW"/>
        </w:rPr>
        <w:t>摘要內容請勿含圖片、表格、參考文獻或致謝；如作者欄位不足，請自行新增列</w:t>
      </w:r>
      <w:r w:rsidR="00882DC8">
        <w:rPr>
          <w:sz w:val="18"/>
          <w:lang w:eastAsia="zh-TW"/>
        </w:rPr>
        <w:t>；</w:t>
      </w:r>
      <w:r w:rsidR="00882DC8" w:rsidRPr="00882DC8">
        <w:rPr>
          <w:rFonts w:eastAsia="標楷體" w:cs="Times New Roman"/>
          <w:color w:val="000000"/>
          <w:sz w:val="20"/>
          <w:lang w:eastAsia="zh-TW"/>
        </w:rPr>
        <w:t>如有研究經費補助，請於</w:t>
      </w:r>
      <w:r w:rsidR="00882DC8">
        <w:rPr>
          <w:rFonts w:eastAsia="標楷體" w:cs="Times New Roman" w:hint="eastAsia"/>
          <w:color w:val="000000"/>
          <w:sz w:val="20"/>
          <w:lang w:eastAsia="zh-TW"/>
        </w:rPr>
        <w:t>摘要下方</w:t>
      </w:r>
      <w:r w:rsidR="00882DC8" w:rsidRPr="00882DC8">
        <w:rPr>
          <w:rFonts w:eastAsia="標楷體" w:cs="Times New Roman"/>
          <w:color w:val="000000"/>
          <w:sz w:val="20"/>
          <w:lang w:eastAsia="zh-TW"/>
        </w:rPr>
        <w:t>填列補助單位與計畫編號。</w:t>
      </w:r>
    </w:p>
    <w:p w14:paraId="2AAA06FA" w14:textId="77777777" w:rsidR="00665951" w:rsidRPr="00417772" w:rsidRDefault="00000000">
      <w:pPr>
        <w:keepNext/>
        <w:spacing w:before="180" w:after="80" w:line="240" w:lineRule="auto"/>
        <w:rPr>
          <w:rFonts w:eastAsia="標楷體" w:cs="Times New Roman"/>
          <w:b/>
          <w:bCs/>
          <w:color w:val="000000" w:themeColor="text1"/>
        </w:rPr>
      </w:pPr>
      <w:r w:rsidRPr="00417772">
        <w:rPr>
          <w:rFonts w:eastAsia="標楷體" w:cs="Times New Roman"/>
          <w:b/>
          <w:color w:val="000000"/>
          <w:sz w:val="25"/>
        </w:rPr>
        <w:t xml:space="preserve">Author </w:t>
      </w:r>
      <w:proofErr w:type="gramStart"/>
      <w:r w:rsidRPr="00417772">
        <w:rPr>
          <w:rFonts w:eastAsia="標楷體" w:cs="Times New Roman"/>
          <w:b/>
          <w:color w:val="000000"/>
          <w:sz w:val="25"/>
        </w:rPr>
        <w:t>Information</w:t>
      </w:r>
      <w:r w:rsidRPr="00417772">
        <w:rPr>
          <w:rFonts w:eastAsia="標楷體" w:cs="Times New Roman"/>
          <w:color w:val="666666"/>
          <w:sz w:val="22"/>
        </w:rPr>
        <w:t xml:space="preserve">  </w:t>
      </w:r>
      <w:proofErr w:type="spellStart"/>
      <w:r w:rsidRPr="00417772">
        <w:rPr>
          <w:rFonts w:eastAsia="標楷體" w:cs="Times New Roman"/>
          <w:b/>
          <w:bCs/>
          <w:color w:val="EE0000"/>
          <w:sz w:val="22"/>
        </w:rPr>
        <w:t>作者資訊</w:t>
      </w:r>
      <w:proofErr w:type="spellEnd"/>
      <w:proofErr w:type="gramEnd"/>
    </w:p>
    <w:tbl>
      <w:tblPr>
        <w:tblStyle w:val="aff2"/>
        <w:tblW w:w="11230" w:type="dxa"/>
        <w:tblInd w:w="-335" w:type="dxa"/>
        <w:tblLayout w:type="fixed"/>
        <w:tblLook w:val="04A0" w:firstRow="1" w:lastRow="0" w:firstColumn="1" w:lastColumn="0" w:noHBand="0" w:noVBand="1"/>
      </w:tblPr>
      <w:tblGrid>
        <w:gridCol w:w="1620"/>
        <w:gridCol w:w="1530"/>
        <w:gridCol w:w="1620"/>
        <w:gridCol w:w="2160"/>
        <w:gridCol w:w="4300"/>
      </w:tblGrid>
      <w:tr w:rsidR="00C5654D" w:rsidRPr="00417772" w14:paraId="11C5CA1D" w14:textId="27435EEE" w:rsidTr="00417772">
        <w:trPr>
          <w:trHeight w:val="543"/>
          <w:tblHeader/>
        </w:trPr>
        <w:tc>
          <w:tcPr>
            <w:tcW w:w="1620" w:type="dxa"/>
            <w:tcBorders>
              <w:top w:val="single" w:sz="8" w:space="0" w:color="B7C9D6"/>
              <w:left w:val="single" w:sz="8" w:space="0" w:color="B7C9D6"/>
              <w:bottom w:val="single" w:sz="8" w:space="0" w:color="B7C9D6"/>
              <w:right w:val="single" w:sz="8" w:space="0" w:color="B7C9D6"/>
            </w:tcBorders>
            <w:shd w:val="clear" w:color="auto" w:fill="1F4E79"/>
            <w:tcMar>
              <w:top w:w="80" w:type="dxa"/>
              <w:left w:w="115" w:type="dxa"/>
              <w:bottom w:w="80" w:type="dxa"/>
              <w:right w:w="115" w:type="dxa"/>
            </w:tcMar>
            <w:vAlign w:val="center"/>
          </w:tcPr>
          <w:p w14:paraId="57DA80FB" w14:textId="77777777" w:rsidR="00C5654D" w:rsidRPr="00417772" w:rsidRDefault="00C5654D">
            <w:pPr>
              <w:spacing w:line="264" w:lineRule="auto"/>
              <w:jc w:val="center"/>
              <w:rPr>
                <w:rFonts w:eastAsia="標楷體" w:cs="Times New Roman"/>
              </w:rPr>
            </w:pPr>
            <w:proofErr w:type="spellStart"/>
            <w:r w:rsidRPr="00417772">
              <w:rPr>
                <w:rFonts w:eastAsia="標楷體" w:cs="Times New Roman"/>
                <w:b/>
                <w:color w:val="FFFFFF"/>
                <w:sz w:val="18"/>
              </w:rPr>
              <w:t>作者順序</w:t>
            </w:r>
            <w:proofErr w:type="spellEnd"/>
            <w:r w:rsidRPr="00417772">
              <w:rPr>
                <w:rFonts w:eastAsia="標楷體" w:cs="Times New Roman"/>
                <w:b/>
                <w:color w:val="FFFFFF"/>
                <w:sz w:val="18"/>
              </w:rPr>
              <w:br/>
              <w:t>Author Order</w:t>
            </w:r>
          </w:p>
        </w:tc>
        <w:tc>
          <w:tcPr>
            <w:tcW w:w="1530" w:type="dxa"/>
            <w:tcBorders>
              <w:top w:val="single" w:sz="8" w:space="0" w:color="B7C9D6"/>
              <w:left w:val="single" w:sz="8" w:space="0" w:color="B7C9D6"/>
              <w:bottom w:val="single" w:sz="8" w:space="0" w:color="B7C9D6"/>
              <w:right w:val="single" w:sz="8" w:space="0" w:color="B7C9D6"/>
            </w:tcBorders>
            <w:shd w:val="clear" w:color="auto" w:fill="1F4E79"/>
            <w:tcMar>
              <w:top w:w="80" w:type="dxa"/>
              <w:left w:w="115" w:type="dxa"/>
              <w:bottom w:w="80" w:type="dxa"/>
              <w:right w:w="115" w:type="dxa"/>
            </w:tcMar>
            <w:vAlign w:val="center"/>
          </w:tcPr>
          <w:p w14:paraId="7493070E" w14:textId="77777777" w:rsidR="00C5654D" w:rsidRPr="00417772" w:rsidRDefault="00C5654D">
            <w:pPr>
              <w:spacing w:line="264" w:lineRule="auto"/>
              <w:jc w:val="center"/>
              <w:rPr>
                <w:rFonts w:eastAsia="標楷體" w:cs="Times New Roman"/>
              </w:rPr>
            </w:pPr>
            <w:proofErr w:type="spellStart"/>
            <w:r w:rsidRPr="00417772">
              <w:rPr>
                <w:rFonts w:eastAsia="標楷體" w:cs="Times New Roman"/>
                <w:b/>
                <w:color w:val="FFFFFF"/>
                <w:sz w:val="18"/>
              </w:rPr>
              <w:t>中文姓名</w:t>
            </w:r>
            <w:proofErr w:type="spellEnd"/>
            <w:r w:rsidRPr="00417772">
              <w:rPr>
                <w:rFonts w:eastAsia="標楷體" w:cs="Times New Roman"/>
                <w:b/>
                <w:color w:val="FFFFFF"/>
                <w:sz w:val="18"/>
              </w:rPr>
              <w:br/>
              <w:t>Chinese Name</w:t>
            </w:r>
          </w:p>
        </w:tc>
        <w:tc>
          <w:tcPr>
            <w:tcW w:w="1620" w:type="dxa"/>
            <w:tcBorders>
              <w:top w:val="single" w:sz="8" w:space="0" w:color="B7C9D6"/>
              <w:left w:val="single" w:sz="8" w:space="0" w:color="B7C9D6"/>
              <w:bottom w:val="single" w:sz="8" w:space="0" w:color="B7C9D6"/>
              <w:right w:val="single" w:sz="8" w:space="0" w:color="B7C9D6"/>
            </w:tcBorders>
            <w:shd w:val="clear" w:color="auto" w:fill="1F4E79"/>
            <w:tcMar>
              <w:top w:w="80" w:type="dxa"/>
              <w:left w:w="115" w:type="dxa"/>
              <w:bottom w:w="80" w:type="dxa"/>
              <w:right w:w="115" w:type="dxa"/>
            </w:tcMar>
            <w:vAlign w:val="center"/>
          </w:tcPr>
          <w:p w14:paraId="4782972D" w14:textId="77777777" w:rsidR="00C5654D" w:rsidRPr="00417772" w:rsidRDefault="00C5654D">
            <w:pPr>
              <w:spacing w:line="264" w:lineRule="auto"/>
              <w:jc w:val="center"/>
              <w:rPr>
                <w:rFonts w:eastAsia="標楷體" w:cs="Times New Roman"/>
              </w:rPr>
            </w:pPr>
            <w:proofErr w:type="spellStart"/>
            <w:r w:rsidRPr="00417772">
              <w:rPr>
                <w:rFonts w:eastAsia="標楷體" w:cs="Times New Roman"/>
                <w:b/>
                <w:color w:val="FFFFFF"/>
                <w:sz w:val="18"/>
              </w:rPr>
              <w:t>英文姓名</w:t>
            </w:r>
            <w:proofErr w:type="spellEnd"/>
            <w:r w:rsidRPr="00417772">
              <w:rPr>
                <w:rFonts w:eastAsia="標楷體" w:cs="Times New Roman"/>
                <w:b/>
                <w:color w:val="FFFFFF"/>
                <w:sz w:val="18"/>
              </w:rPr>
              <w:br/>
              <w:t>English Name</w:t>
            </w:r>
          </w:p>
        </w:tc>
        <w:tc>
          <w:tcPr>
            <w:tcW w:w="2160" w:type="dxa"/>
            <w:tcBorders>
              <w:top w:val="single" w:sz="8" w:space="0" w:color="B7C9D6"/>
              <w:left w:val="single" w:sz="8" w:space="0" w:color="B7C9D6"/>
              <w:bottom w:val="single" w:sz="8" w:space="0" w:color="B7C9D6"/>
              <w:right w:val="single" w:sz="8" w:space="0" w:color="B7C9D6"/>
            </w:tcBorders>
            <w:shd w:val="clear" w:color="auto" w:fill="1F4E79"/>
            <w:tcMar>
              <w:top w:w="80" w:type="dxa"/>
              <w:left w:w="115" w:type="dxa"/>
              <w:bottom w:w="80" w:type="dxa"/>
              <w:right w:w="115" w:type="dxa"/>
            </w:tcMar>
            <w:vAlign w:val="center"/>
          </w:tcPr>
          <w:p w14:paraId="77EE732F" w14:textId="77777777" w:rsidR="00C5654D" w:rsidRPr="00417772" w:rsidRDefault="00C5654D">
            <w:pPr>
              <w:spacing w:line="264" w:lineRule="auto"/>
              <w:jc w:val="center"/>
              <w:rPr>
                <w:rFonts w:eastAsia="標楷體" w:cs="Times New Roman"/>
              </w:rPr>
            </w:pPr>
            <w:proofErr w:type="spellStart"/>
            <w:r w:rsidRPr="00417772">
              <w:rPr>
                <w:rFonts w:eastAsia="標楷體" w:cs="Times New Roman"/>
                <w:b/>
                <w:color w:val="FFFFFF"/>
                <w:sz w:val="18"/>
              </w:rPr>
              <w:t>服務單位及職稱</w:t>
            </w:r>
            <w:proofErr w:type="spellEnd"/>
            <w:r w:rsidRPr="00417772">
              <w:rPr>
                <w:rFonts w:eastAsia="標楷體" w:cs="Times New Roman"/>
                <w:b/>
                <w:color w:val="FFFFFF"/>
                <w:sz w:val="18"/>
              </w:rPr>
              <w:br/>
              <w:t>Affiliation and Title</w:t>
            </w:r>
          </w:p>
        </w:tc>
        <w:tc>
          <w:tcPr>
            <w:tcW w:w="4300" w:type="dxa"/>
            <w:tcBorders>
              <w:top w:val="single" w:sz="8" w:space="0" w:color="B7C9D6"/>
              <w:left w:val="single" w:sz="8" w:space="0" w:color="B7C9D6"/>
              <w:bottom w:val="single" w:sz="8" w:space="0" w:color="B7C9D6"/>
              <w:right w:val="single" w:sz="8" w:space="0" w:color="B7C9D6"/>
            </w:tcBorders>
            <w:shd w:val="clear" w:color="auto" w:fill="1F4E79"/>
          </w:tcPr>
          <w:p w14:paraId="5E9DA1FB" w14:textId="2A19F3CF" w:rsidR="00C5654D" w:rsidRPr="00417772" w:rsidRDefault="00417772">
            <w:pPr>
              <w:spacing w:line="264" w:lineRule="auto"/>
              <w:jc w:val="center"/>
              <w:rPr>
                <w:rFonts w:eastAsia="標楷體" w:cs="Times New Roman"/>
                <w:b/>
                <w:color w:val="FFFFFF"/>
                <w:sz w:val="18"/>
                <w:lang w:eastAsia="zh-TW"/>
              </w:rPr>
            </w:pPr>
            <w:proofErr w:type="spellStart"/>
            <w:r w:rsidRPr="00417772">
              <w:rPr>
                <w:rFonts w:eastAsia="標楷體" w:cs="Times New Roman"/>
                <w:b/>
                <w:color w:val="FFFFFF"/>
                <w:sz w:val="18"/>
              </w:rPr>
              <w:t>請提供以下資訊</w:t>
            </w:r>
            <w:proofErr w:type="spellEnd"/>
          </w:p>
        </w:tc>
      </w:tr>
      <w:tr w:rsidR="00C5654D" w:rsidRPr="00417772" w14:paraId="2171CA74" w14:textId="605C0BFF" w:rsidTr="00417772">
        <w:trPr>
          <w:trHeight w:val="1800"/>
        </w:trPr>
        <w:tc>
          <w:tcPr>
            <w:tcW w:w="1620" w:type="dxa"/>
            <w:tcBorders>
              <w:top w:val="single" w:sz="8" w:space="0" w:color="B7C9D6"/>
              <w:left w:val="single" w:sz="8" w:space="0" w:color="B7C9D6"/>
              <w:bottom w:val="single" w:sz="8" w:space="0" w:color="B7C9D6"/>
              <w:right w:val="single" w:sz="8" w:space="0" w:color="B7C9D6"/>
            </w:tcBorders>
            <w:shd w:val="clear" w:color="auto" w:fill="F4F8FC"/>
            <w:tcMar>
              <w:top w:w="80" w:type="dxa"/>
              <w:left w:w="115" w:type="dxa"/>
              <w:bottom w:w="80" w:type="dxa"/>
              <w:right w:w="115" w:type="dxa"/>
            </w:tcMar>
            <w:vAlign w:val="center"/>
          </w:tcPr>
          <w:p w14:paraId="6BE76DB5" w14:textId="77777777" w:rsidR="00C5654D" w:rsidRPr="00417772" w:rsidRDefault="00C5654D">
            <w:pPr>
              <w:spacing w:line="264" w:lineRule="auto"/>
              <w:jc w:val="center"/>
              <w:rPr>
                <w:rFonts w:eastAsia="標楷體" w:cs="Times New Roman"/>
              </w:rPr>
            </w:pPr>
            <w:proofErr w:type="spellStart"/>
            <w:r w:rsidRPr="00417772">
              <w:rPr>
                <w:rFonts w:eastAsia="標楷體" w:cs="Times New Roman"/>
                <w:b/>
                <w:color w:val="000000"/>
                <w:sz w:val="19"/>
              </w:rPr>
              <w:t>第一作者</w:t>
            </w:r>
            <w:proofErr w:type="spellEnd"/>
            <w:r w:rsidRPr="00417772">
              <w:rPr>
                <w:rFonts w:eastAsia="標楷體" w:cs="Times New Roman"/>
                <w:b/>
                <w:color w:val="000000"/>
                <w:sz w:val="19"/>
              </w:rPr>
              <w:br/>
              <w:t>1st Author</w:t>
            </w:r>
          </w:p>
        </w:tc>
        <w:tc>
          <w:tcPr>
            <w:tcW w:w="1530" w:type="dxa"/>
            <w:tcBorders>
              <w:top w:val="single" w:sz="8" w:space="0" w:color="B7C9D6"/>
              <w:left w:val="single" w:sz="8" w:space="0" w:color="B7C9D6"/>
              <w:bottom w:val="single" w:sz="8" w:space="0" w:color="B7C9D6"/>
              <w:right w:val="single" w:sz="8" w:space="0" w:color="B7C9D6"/>
            </w:tcBorders>
            <w:tcMar>
              <w:top w:w="80" w:type="dxa"/>
              <w:left w:w="115" w:type="dxa"/>
              <w:bottom w:w="80" w:type="dxa"/>
              <w:right w:w="115" w:type="dxa"/>
            </w:tcMar>
            <w:vAlign w:val="center"/>
          </w:tcPr>
          <w:p w14:paraId="2868BB48" w14:textId="03F7BC48" w:rsidR="00C5654D" w:rsidRPr="00417772" w:rsidRDefault="00417772">
            <w:pPr>
              <w:spacing w:line="264" w:lineRule="auto"/>
              <w:rPr>
                <w:rFonts w:eastAsia="標楷體" w:cs="Times New Roman"/>
                <w:iCs/>
              </w:rPr>
            </w:pPr>
            <w:proofErr w:type="spellStart"/>
            <w:r w:rsidRPr="00417772">
              <w:rPr>
                <w:rFonts w:eastAsia="標楷體" w:cs="Times New Roman"/>
                <w:iCs/>
                <w:color w:val="666666"/>
                <w:sz w:val="20"/>
              </w:rPr>
              <w:t>請輸入</w:t>
            </w:r>
            <w:proofErr w:type="spellEnd"/>
          </w:p>
        </w:tc>
        <w:tc>
          <w:tcPr>
            <w:tcW w:w="1620" w:type="dxa"/>
            <w:tcBorders>
              <w:top w:val="single" w:sz="8" w:space="0" w:color="B7C9D6"/>
              <w:left w:val="single" w:sz="8" w:space="0" w:color="B7C9D6"/>
              <w:bottom w:val="single" w:sz="8" w:space="0" w:color="B7C9D6"/>
              <w:right w:val="single" w:sz="8" w:space="0" w:color="B7C9D6"/>
            </w:tcBorders>
            <w:tcMar>
              <w:top w:w="80" w:type="dxa"/>
              <w:left w:w="115" w:type="dxa"/>
              <w:bottom w:w="80" w:type="dxa"/>
              <w:right w:w="115" w:type="dxa"/>
            </w:tcMar>
            <w:vAlign w:val="center"/>
          </w:tcPr>
          <w:p w14:paraId="54E57CD1" w14:textId="77777777" w:rsidR="00C5654D" w:rsidRPr="00417772" w:rsidRDefault="00C5654D">
            <w:pPr>
              <w:spacing w:line="264" w:lineRule="auto"/>
              <w:rPr>
                <w:rFonts w:eastAsia="標楷體" w:cs="Times New Roman"/>
                <w:iCs/>
              </w:rPr>
            </w:pPr>
            <w:proofErr w:type="spellStart"/>
            <w:r w:rsidRPr="00417772">
              <w:rPr>
                <w:rFonts w:eastAsia="標楷體" w:cs="Times New Roman"/>
                <w:iCs/>
                <w:color w:val="666666"/>
                <w:sz w:val="20"/>
              </w:rPr>
              <w:t>請輸入</w:t>
            </w:r>
            <w:proofErr w:type="spellEnd"/>
          </w:p>
        </w:tc>
        <w:tc>
          <w:tcPr>
            <w:tcW w:w="2160" w:type="dxa"/>
            <w:tcBorders>
              <w:top w:val="single" w:sz="8" w:space="0" w:color="B7C9D6"/>
              <w:left w:val="single" w:sz="8" w:space="0" w:color="B7C9D6"/>
              <w:bottom w:val="single" w:sz="8" w:space="0" w:color="B7C9D6"/>
              <w:right w:val="single" w:sz="8" w:space="0" w:color="B7C9D6"/>
            </w:tcBorders>
            <w:tcMar>
              <w:top w:w="80" w:type="dxa"/>
              <w:left w:w="115" w:type="dxa"/>
              <w:bottom w:w="80" w:type="dxa"/>
              <w:right w:w="115" w:type="dxa"/>
            </w:tcMar>
            <w:vAlign w:val="center"/>
          </w:tcPr>
          <w:p w14:paraId="02F23898" w14:textId="77777777" w:rsidR="00C5654D" w:rsidRPr="00417772" w:rsidRDefault="00C5654D">
            <w:pPr>
              <w:spacing w:line="264" w:lineRule="auto"/>
              <w:rPr>
                <w:rFonts w:eastAsia="標楷體" w:cs="Times New Roman"/>
                <w:iCs/>
              </w:rPr>
            </w:pPr>
            <w:proofErr w:type="spellStart"/>
            <w:r w:rsidRPr="00417772">
              <w:rPr>
                <w:rFonts w:eastAsia="標楷體" w:cs="Times New Roman"/>
                <w:iCs/>
                <w:color w:val="666666"/>
                <w:sz w:val="20"/>
              </w:rPr>
              <w:t>請輸入</w:t>
            </w:r>
            <w:proofErr w:type="spellEnd"/>
          </w:p>
        </w:tc>
        <w:tc>
          <w:tcPr>
            <w:tcW w:w="4300" w:type="dxa"/>
            <w:tcBorders>
              <w:top w:val="single" w:sz="8" w:space="0" w:color="B7C9D6"/>
              <w:left w:val="single" w:sz="8" w:space="0" w:color="B7C9D6"/>
              <w:bottom w:val="single" w:sz="8" w:space="0" w:color="B7C9D6"/>
              <w:right w:val="single" w:sz="8" w:space="0" w:color="B7C9D6"/>
            </w:tcBorders>
          </w:tcPr>
          <w:p w14:paraId="0D092BDA" w14:textId="77777777" w:rsidR="00C5654D" w:rsidRPr="00417772" w:rsidRDefault="00C5654D" w:rsidP="00C5654D">
            <w:pPr>
              <w:spacing w:line="264" w:lineRule="auto"/>
              <w:rPr>
                <w:rFonts w:eastAsia="標楷體" w:cs="Times New Roman"/>
                <w:iCs/>
                <w:color w:val="666666"/>
                <w:sz w:val="20"/>
                <w:lang w:eastAsia="zh-TW"/>
              </w:rPr>
            </w:pPr>
            <w:r w:rsidRPr="00417772">
              <w:rPr>
                <w:rFonts w:eastAsia="標楷體" w:cs="Times New Roman"/>
                <w:iCs/>
                <w:color w:val="666666"/>
                <w:sz w:val="20"/>
                <w:lang w:eastAsia="zh-TW"/>
              </w:rPr>
              <w:t>是否至研討會場進行發表</w:t>
            </w:r>
          </w:p>
          <w:p w14:paraId="078FB7BE" w14:textId="327D53EB" w:rsidR="00C5654D" w:rsidRPr="00417772" w:rsidRDefault="00C5654D" w:rsidP="00C5654D">
            <w:pPr>
              <w:spacing w:line="264" w:lineRule="auto"/>
              <w:rPr>
                <w:rFonts w:eastAsia="標楷體" w:cs="Times New Roman"/>
                <w:iCs/>
                <w:color w:val="666666"/>
                <w:sz w:val="20"/>
                <w:lang w:eastAsia="zh-TW"/>
              </w:rPr>
            </w:pPr>
            <w:r w:rsidRPr="00417772">
              <w:rPr>
                <w:rFonts w:eastAsia="標楷體" w:cs="Times New Roman"/>
                <w:iCs/>
                <w:color w:val="666666"/>
                <w:sz w:val="20"/>
                <w:lang w:eastAsia="zh-TW"/>
              </w:rPr>
              <w:t>□</w:t>
            </w:r>
            <w:r w:rsidRPr="00417772">
              <w:rPr>
                <w:rFonts w:eastAsia="標楷體" w:cs="Times New Roman"/>
                <w:iCs/>
                <w:color w:val="666666"/>
                <w:sz w:val="20"/>
                <w:lang w:eastAsia="zh-TW"/>
              </w:rPr>
              <w:t>是</w:t>
            </w:r>
            <w:r w:rsidRPr="00417772">
              <w:rPr>
                <w:rFonts w:eastAsia="標楷體" w:cs="Times New Roman"/>
                <w:iCs/>
                <w:color w:val="666666"/>
                <w:sz w:val="20"/>
                <w:lang w:eastAsia="zh-TW"/>
              </w:rPr>
              <w:t xml:space="preserve"> □</w:t>
            </w:r>
            <w:r w:rsidRPr="00417772">
              <w:rPr>
                <w:rFonts w:eastAsia="標楷體" w:cs="Times New Roman"/>
                <w:iCs/>
                <w:color w:val="666666"/>
                <w:sz w:val="20"/>
                <w:lang w:eastAsia="zh-TW"/>
              </w:rPr>
              <w:t>否</w:t>
            </w:r>
          </w:p>
          <w:p w14:paraId="2F88AF85" w14:textId="77777777" w:rsidR="00C5654D" w:rsidRPr="00417772" w:rsidRDefault="00C5654D" w:rsidP="00C5654D">
            <w:pPr>
              <w:spacing w:line="264" w:lineRule="auto"/>
              <w:rPr>
                <w:rFonts w:eastAsia="標楷體" w:cs="Times New Roman"/>
                <w:iCs/>
                <w:color w:val="666666"/>
                <w:sz w:val="20"/>
                <w:lang w:eastAsia="zh-TW"/>
              </w:rPr>
            </w:pPr>
            <w:r w:rsidRPr="00417772">
              <w:rPr>
                <w:rFonts w:eastAsia="標楷體" w:cs="Times New Roman"/>
                <w:iCs/>
                <w:color w:val="666666"/>
                <w:sz w:val="20"/>
                <w:lang w:eastAsia="zh-TW"/>
              </w:rPr>
              <w:t>若為是，請提供以下資料：</w:t>
            </w:r>
          </w:p>
          <w:p w14:paraId="29C23D56" w14:textId="77777777" w:rsidR="00C5654D" w:rsidRPr="00417772" w:rsidRDefault="00C5654D" w:rsidP="00C5654D">
            <w:pPr>
              <w:spacing w:line="264" w:lineRule="auto"/>
              <w:rPr>
                <w:rFonts w:eastAsia="標楷體" w:cs="Times New Roman"/>
                <w:iCs/>
                <w:color w:val="666666"/>
                <w:sz w:val="20"/>
                <w:lang w:eastAsia="zh-TW"/>
              </w:rPr>
            </w:pPr>
            <w:r w:rsidRPr="00417772">
              <w:rPr>
                <w:rFonts w:eastAsia="標楷體" w:cs="Times New Roman"/>
                <w:iCs/>
                <w:color w:val="666666"/>
                <w:sz w:val="20"/>
                <w:lang w:eastAsia="zh-TW"/>
              </w:rPr>
              <w:t>飲食種類：</w:t>
            </w:r>
            <w:r w:rsidRPr="00417772">
              <w:rPr>
                <w:rFonts w:eastAsia="標楷體" w:cs="Times New Roman"/>
                <w:iCs/>
                <w:color w:val="666666"/>
                <w:sz w:val="20"/>
                <w:lang w:eastAsia="zh-TW"/>
              </w:rPr>
              <w:t>□</w:t>
            </w:r>
            <w:r w:rsidRPr="00417772">
              <w:rPr>
                <w:rFonts w:eastAsia="標楷體" w:cs="Times New Roman"/>
                <w:iCs/>
                <w:color w:val="666666"/>
                <w:sz w:val="20"/>
                <w:lang w:eastAsia="zh-TW"/>
              </w:rPr>
              <w:t>葷</w:t>
            </w:r>
            <w:r w:rsidRPr="00417772">
              <w:rPr>
                <w:rFonts w:eastAsia="標楷體" w:cs="Times New Roman"/>
                <w:iCs/>
                <w:color w:val="666666"/>
                <w:sz w:val="20"/>
                <w:lang w:eastAsia="zh-TW"/>
              </w:rPr>
              <w:t xml:space="preserve"> □</w:t>
            </w:r>
            <w:r w:rsidRPr="00417772">
              <w:rPr>
                <w:rFonts w:eastAsia="標楷體" w:cs="Times New Roman"/>
                <w:iCs/>
                <w:color w:val="666666"/>
                <w:sz w:val="20"/>
                <w:lang w:eastAsia="zh-TW"/>
              </w:rPr>
              <w:t>素</w:t>
            </w:r>
          </w:p>
          <w:p w14:paraId="46453278" w14:textId="1BB7D2AD" w:rsidR="00C5654D" w:rsidRPr="00417772" w:rsidRDefault="00C5654D" w:rsidP="00C5654D">
            <w:pPr>
              <w:spacing w:line="264" w:lineRule="auto"/>
              <w:rPr>
                <w:rFonts w:eastAsia="標楷體" w:cs="Times New Roman"/>
                <w:i/>
                <w:color w:val="666666"/>
                <w:sz w:val="20"/>
                <w:lang w:eastAsia="zh-TW"/>
              </w:rPr>
            </w:pPr>
            <w:r w:rsidRPr="00417772">
              <w:rPr>
                <w:rFonts w:eastAsia="標楷體" w:cs="Times New Roman"/>
                <w:iCs/>
                <w:color w:val="666666"/>
                <w:sz w:val="20"/>
                <w:lang w:eastAsia="zh-TW"/>
              </w:rPr>
              <w:t>是否開車：</w:t>
            </w:r>
            <w:r w:rsidRPr="00417772">
              <w:rPr>
                <w:rFonts w:eastAsia="標楷體" w:cs="Times New Roman"/>
                <w:iCs/>
                <w:color w:val="666666"/>
                <w:sz w:val="20"/>
                <w:lang w:eastAsia="zh-TW"/>
              </w:rPr>
              <w:t>□</w:t>
            </w:r>
            <w:r w:rsidRPr="00417772">
              <w:rPr>
                <w:rFonts w:eastAsia="標楷體" w:cs="Times New Roman"/>
                <w:iCs/>
                <w:color w:val="666666"/>
                <w:sz w:val="20"/>
                <w:lang w:eastAsia="zh-TW"/>
              </w:rPr>
              <w:t>是，車牌號碼：</w:t>
            </w:r>
            <w:r w:rsidRPr="00417772">
              <w:rPr>
                <w:rFonts w:eastAsia="標楷體" w:cs="Times New Roman"/>
                <w:iCs/>
                <w:color w:val="666666"/>
                <w:sz w:val="20"/>
                <w:lang w:eastAsia="zh-TW"/>
              </w:rPr>
              <w:t>__________(□</w:t>
            </w:r>
            <w:r w:rsidRPr="00417772">
              <w:rPr>
                <w:rFonts w:eastAsia="標楷體" w:cs="Times New Roman"/>
                <w:iCs/>
                <w:color w:val="666666"/>
                <w:sz w:val="20"/>
                <w:lang w:eastAsia="zh-TW"/>
              </w:rPr>
              <w:t>機車</w:t>
            </w:r>
            <w:r w:rsidRPr="00417772">
              <w:rPr>
                <w:rFonts w:eastAsia="標楷體" w:cs="Times New Roman"/>
                <w:iCs/>
                <w:color w:val="666666"/>
                <w:sz w:val="20"/>
                <w:lang w:eastAsia="zh-TW"/>
              </w:rPr>
              <w:t xml:space="preserve"> □</w:t>
            </w:r>
            <w:r w:rsidRPr="00417772">
              <w:rPr>
                <w:rFonts w:eastAsia="標楷體" w:cs="Times New Roman"/>
                <w:iCs/>
                <w:color w:val="666666"/>
                <w:sz w:val="20"/>
                <w:lang w:eastAsia="zh-TW"/>
              </w:rPr>
              <w:t>汽車</w:t>
            </w:r>
            <w:r w:rsidRPr="00417772">
              <w:rPr>
                <w:rFonts w:eastAsia="標楷體" w:cs="Times New Roman"/>
                <w:iCs/>
                <w:color w:val="666666"/>
                <w:sz w:val="20"/>
                <w:lang w:eastAsia="zh-TW"/>
              </w:rPr>
              <w:t>) □</w:t>
            </w:r>
            <w:r w:rsidRPr="00417772">
              <w:rPr>
                <w:rFonts w:eastAsia="標楷體" w:cs="Times New Roman"/>
                <w:iCs/>
                <w:color w:val="666666"/>
                <w:sz w:val="20"/>
                <w:lang w:eastAsia="zh-TW"/>
              </w:rPr>
              <w:t>否</w:t>
            </w:r>
          </w:p>
        </w:tc>
      </w:tr>
      <w:tr w:rsidR="00C5654D" w:rsidRPr="00417772" w14:paraId="2A090A35" w14:textId="67ADF098" w:rsidTr="00417772">
        <w:trPr>
          <w:trHeight w:val="664"/>
        </w:trPr>
        <w:tc>
          <w:tcPr>
            <w:tcW w:w="1620" w:type="dxa"/>
            <w:tcBorders>
              <w:top w:val="single" w:sz="8" w:space="0" w:color="B7C9D6"/>
              <w:left w:val="single" w:sz="8" w:space="0" w:color="B7C9D6"/>
              <w:bottom w:val="single" w:sz="8" w:space="0" w:color="B7C9D6"/>
              <w:right w:val="single" w:sz="8" w:space="0" w:color="B7C9D6"/>
            </w:tcBorders>
            <w:shd w:val="clear" w:color="auto" w:fill="F4F8FC"/>
            <w:tcMar>
              <w:top w:w="80" w:type="dxa"/>
              <w:left w:w="115" w:type="dxa"/>
              <w:bottom w:w="80" w:type="dxa"/>
              <w:right w:w="115" w:type="dxa"/>
            </w:tcMar>
            <w:vAlign w:val="center"/>
          </w:tcPr>
          <w:p w14:paraId="25709691" w14:textId="77777777" w:rsidR="00C5654D" w:rsidRPr="00417772" w:rsidRDefault="00C5654D">
            <w:pPr>
              <w:spacing w:line="264" w:lineRule="auto"/>
              <w:jc w:val="center"/>
              <w:rPr>
                <w:rFonts w:eastAsia="標楷體" w:cs="Times New Roman"/>
              </w:rPr>
            </w:pPr>
            <w:proofErr w:type="spellStart"/>
            <w:r w:rsidRPr="00417772">
              <w:rPr>
                <w:rFonts w:eastAsia="標楷體" w:cs="Times New Roman"/>
                <w:b/>
                <w:color w:val="000000"/>
                <w:sz w:val="19"/>
              </w:rPr>
              <w:t>第二作者</w:t>
            </w:r>
            <w:proofErr w:type="spellEnd"/>
            <w:r w:rsidRPr="00417772">
              <w:rPr>
                <w:rFonts w:eastAsia="標楷體" w:cs="Times New Roman"/>
                <w:b/>
                <w:color w:val="000000"/>
                <w:sz w:val="19"/>
              </w:rPr>
              <w:br/>
              <w:t>2nd Author</w:t>
            </w:r>
          </w:p>
        </w:tc>
        <w:tc>
          <w:tcPr>
            <w:tcW w:w="1530" w:type="dxa"/>
            <w:tcBorders>
              <w:top w:val="single" w:sz="8" w:space="0" w:color="B7C9D6"/>
              <w:left w:val="single" w:sz="8" w:space="0" w:color="B7C9D6"/>
              <w:bottom w:val="single" w:sz="8" w:space="0" w:color="B7C9D6"/>
              <w:right w:val="single" w:sz="8" w:space="0" w:color="B7C9D6"/>
            </w:tcBorders>
            <w:tcMar>
              <w:top w:w="80" w:type="dxa"/>
              <w:left w:w="115" w:type="dxa"/>
              <w:bottom w:w="80" w:type="dxa"/>
              <w:right w:w="115" w:type="dxa"/>
            </w:tcMar>
            <w:vAlign w:val="center"/>
          </w:tcPr>
          <w:p w14:paraId="6B4CFBA9" w14:textId="77777777" w:rsidR="00C5654D" w:rsidRPr="00417772" w:rsidRDefault="00C5654D">
            <w:pPr>
              <w:spacing w:line="264" w:lineRule="auto"/>
              <w:rPr>
                <w:rFonts w:eastAsia="標楷體" w:cs="Times New Roman"/>
                <w:iCs/>
              </w:rPr>
            </w:pPr>
            <w:proofErr w:type="spellStart"/>
            <w:r w:rsidRPr="00417772">
              <w:rPr>
                <w:rFonts w:eastAsia="標楷體" w:cs="Times New Roman"/>
                <w:iCs/>
                <w:color w:val="666666"/>
                <w:sz w:val="20"/>
              </w:rPr>
              <w:t>請輸入</w:t>
            </w:r>
            <w:proofErr w:type="spellEnd"/>
          </w:p>
        </w:tc>
        <w:tc>
          <w:tcPr>
            <w:tcW w:w="1620" w:type="dxa"/>
            <w:tcBorders>
              <w:top w:val="single" w:sz="8" w:space="0" w:color="B7C9D6"/>
              <w:left w:val="single" w:sz="8" w:space="0" w:color="B7C9D6"/>
              <w:bottom w:val="single" w:sz="8" w:space="0" w:color="B7C9D6"/>
              <w:right w:val="single" w:sz="8" w:space="0" w:color="B7C9D6"/>
            </w:tcBorders>
            <w:tcMar>
              <w:top w:w="80" w:type="dxa"/>
              <w:left w:w="115" w:type="dxa"/>
              <w:bottom w:w="80" w:type="dxa"/>
              <w:right w:w="115" w:type="dxa"/>
            </w:tcMar>
            <w:vAlign w:val="center"/>
          </w:tcPr>
          <w:p w14:paraId="035F6B13" w14:textId="77777777" w:rsidR="00C5654D" w:rsidRPr="00417772" w:rsidRDefault="00C5654D">
            <w:pPr>
              <w:spacing w:line="264" w:lineRule="auto"/>
              <w:rPr>
                <w:rFonts w:eastAsia="標楷體" w:cs="Times New Roman"/>
                <w:iCs/>
              </w:rPr>
            </w:pPr>
            <w:proofErr w:type="spellStart"/>
            <w:r w:rsidRPr="00417772">
              <w:rPr>
                <w:rFonts w:eastAsia="標楷體" w:cs="Times New Roman"/>
                <w:iCs/>
                <w:color w:val="666666"/>
                <w:sz w:val="20"/>
              </w:rPr>
              <w:t>請輸入</w:t>
            </w:r>
            <w:proofErr w:type="spellEnd"/>
          </w:p>
        </w:tc>
        <w:tc>
          <w:tcPr>
            <w:tcW w:w="2160" w:type="dxa"/>
            <w:tcBorders>
              <w:top w:val="single" w:sz="8" w:space="0" w:color="B7C9D6"/>
              <w:left w:val="single" w:sz="8" w:space="0" w:color="B7C9D6"/>
              <w:bottom w:val="single" w:sz="8" w:space="0" w:color="B7C9D6"/>
              <w:right w:val="single" w:sz="8" w:space="0" w:color="B7C9D6"/>
            </w:tcBorders>
            <w:tcMar>
              <w:top w:w="80" w:type="dxa"/>
              <w:left w:w="115" w:type="dxa"/>
              <w:bottom w:w="80" w:type="dxa"/>
              <w:right w:w="115" w:type="dxa"/>
            </w:tcMar>
            <w:vAlign w:val="center"/>
          </w:tcPr>
          <w:p w14:paraId="7E9B61EF" w14:textId="77777777" w:rsidR="00C5654D" w:rsidRPr="00417772" w:rsidRDefault="00C5654D">
            <w:pPr>
              <w:spacing w:line="264" w:lineRule="auto"/>
              <w:rPr>
                <w:rFonts w:eastAsia="標楷體" w:cs="Times New Roman"/>
                <w:iCs/>
              </w:rPr>
            </w:pPr>
            <w:proofErr w:type="spellStart"/>
            <w:r w:rsidRPr="00417772">
              <w:rPr>
                <w:rFonts w:eastAsia="標楷體" w:cs="Times New Roman"/>
                <w:iCs/>
                <w:color w:val="666666"/>
                <w:sz w:val="20"/>
              </w:rPr>
              <w:t>請輸入</w:t>
            </w:r>
            <w:proofErr w:type="spellEnd"/>
          </w:p>
        </w:tc>
        <w:tc>
          <w:tcPr>
            <w:tcW w:w="4300" w:type="dxa"/>
            <w:tcBorders>
              <w:top w:val="single" w:sz="8" w:space="0" w:color="B7C9D6"/>
              <w:left w:val="single" w:sz="8" w:space="0" w:color="B7C9D6"/>
              <w:bottom w:val="single" w:sz="8" w:space="0" w:color="B7C9D6"/>
              <w:right w:val="single" w:sz="8" w:space="0" w:color="B7C9D6"/>
            </w:tcBorders>
          </w:tcPr>
          <w:p w14:paraId="4FCBD44F" w14:textId="77777777" w:rsidR="00C5654D" w:rsidRPr="00417772" w:rsidRDefault="00C5654D" w:rsidP="00C5654D">
            <w:pPr>
              <w:spacing w:line="264" w:lineRule="auto"/>
              <w:rPr>
                <w:rFonts w:eastAsia="標楷體" w:cs="Times New Roman"/>
                <w:iCs/>
                <w:color w:val="666666"/>
                <w:sz w:val="20"/>
                <w:lang w:eastAsia="zh-TW"/>
              </w:rPr>
            </w:pPr>
            <w:r w:rsidRPr="00417772">
              <w:rPr>
                <w:rFonts w:eastAsia="標楷體" w:cs="Times New Roman"/>
                <w:iCs/>
                <w:color w:val="666666"/>
                <w:sz w:val="20"/>
                <w:lang w:eastAsia="zh-TW"/>
              </w:rPr>
              <w:t>是否至研討會場進行發表</w:t>
            </w:r>
          </w:p>
          <w:p w14:paraId="599CC326" w14:textId="77777777" w:rsidR="00C5654D" w:rsidRPr="00417772" w:rsidRDefault="00C5654D" w:rsidP="00C5654D">
            <w:pPr>
              <w:spacing w:line="264" w:lineRule="auto"/>
              <w:rPr>
                <w:rFonts w:eastAsia="標楷體" w:cs="Times New Roman"/>
                <w:iCs/>
                <w:color w:val="666666"/>
                <w:sz w:val="20"/>
                <w:lang w:eastAsia="zh-TW"/>
              </w:rPr>
            </w:pPr>
            <w:r w:rsidRPr="00417772">
              <w:rPr>
                <w:rFonts w:eastAsia="標楷體" w:cs="Times New Roman"/>
                <w:iCs/>
                <w:color w:val="666666"/>
                <w:sz w:val="20"/>
                <w:lang w:eastAsia="zh-TW"/>
              </w:rPr>
              <w:t>□</w:t>
            </w:r>
            <w:r w:rsidRPr="00417772">
              <w:rPr>
                <w:rFonts w:eastAsia="標楷體" w:cs="Times New Roman"/>
                <w:iCs/>
                <w:color w:val="666666"/>
                <w:sz w:val="20"/>
                <w:lang w:eastAsia="zh-TW"/>
              </w:rPr>
              <w:t>是</w:t>
            </w:r>
            <w:r w:rsidRPr="00417772">
              <w:rPr>
                <w:rFonts w:eastAsia="標楷體" w:cs="Times New Roman"/>
                <w:iCs/>
                <w:color w:val="666666"/>
                <w:sz w:val="20"/>
                <w:lang w:eastAsia="zh-TW"/>
              </w:rPr>
              <w:t xml:space="preserve"> □</w:t>
            </w:r>
            <w:r w:rsidRPr="00417772">
              <w:rPr>
                <w:rFonts w:eastAsia="標楷體" w:cs="Times New Roman"/>
                <w:iCs/>
                <w:color w:val="666666"/>
                <w:sz w:val="20"/>
                <w:lang w:eastAsia="zh-TW"/>
              </w:rPr>
              <w:t>否</w:t>
            </w:r>
          </w:p>
          <w:p w14:paraId="6DF76A95" w14:textId="77777777" w:rsidR="00C5654D" w:rsidRPr="00417772" w:rsidRDefault="00C5654D" w:rsidP="00C5654D">
            <w:pPr>
              <w:spacing w:line="264" w:lineRule="auto"/>
              <w:rPr>
                <w:rFonts w:eastAsia="標楷體" w:cs="Times New Roman"/>
                <w:iCs/>
                <w:color w:val="666666"/>
                <w:sz w:val="20"/>
                <w:lang w:eastAsia="zh-TW"/>
              </w:rPr>
            </w:pPr>
            <w:r w:rsidRPr="00417772">
              <w:rPr>
                <w:rFonts w:eastAsia="標楷體" w:cs="Times New Roman"/>
                <w:iCs/>
                <w:color w:val="666666"/>
                <w:sz w:val="20"/>
                <w:lang w:eastAsia="zh-TW"/>
              </w:rPr>
              <w:t>若為是，請提供以下資料：</w:t>
            </w:r>
          </w:p>
          <w:p w14:paraId="47C0D7E8" w14:textId="77777777" w:rsidR="00C5654D" w:rsidRPr="00417772" w:rsidRDefault="00C5654D" w:rsidP="00C5654D">
            <w:pPr>
              <w:spacing w:line="264" w:lineRule="auto"/>
              <w:rPr>
                <w:rFonts w:eastAsia="標楷體" w:cs="Times New Roman"/>
                <w:iCs/>
                <w:color w:val="666666"/>
                <w:sz w:val="20"/>
                <w:lang w:eastAsia="zh-TW"/>
              </w:rPr>
            </w:pPr>
            <w:r w:rsidRPr="00417772">
              <w:rPr>
                <w:rFonts w:eastAsia="標楷體" w:cs="Times New Roman"/>
                <w:iCs/>
                <w:color w:val="666666"/>
                <w:sz w:val="20"/>
                <w:lang w:eastAsia="zh-TW"/>
              </w:rPr>
              <w:t>飲食種類：</w:t>
            </w:r>
            <w:r w:rsidRPr="00417772">
              <w:rPr>
                <w:rFonts w:eastAsia="標楷體" w:cs="Times New Roman"/>
                <w:iCs/>
                <w:color w:val="666666"/>
                <w:sz w:val="20"/>
                <w:lang w:eastAsia="zh-TW"/>
              </w:rPr>
              <w:t>□</w:t>
            </w:r>
            <w:r w:rsidRPr="00417772">
              <w:rPr>
                <w:rFonts w:eastAsia="標楷體" w:cs="Times New Roman"/>
                <w:iCs/>
                <w:color w:val="666666"/>
                <w:sz w:val="20"/>
                <w:lang w:eastAsia="zh-TW"/>
              </w:rPr>
              <w:t>葷</w:t>
            </w:r>
            <w:r w:rsidRPr="00417772">
              <w:rPr>
                <w:rFonts w:eastAsia="標楷體" w:cs="Times New Roman"/>
                <w:iCs/>
                <w:color w:val="666666"/>
                <w:sz w:val="20"/>
                <w:lang w:eastAsia="zh-TW"/>
              </w:rPr>
              <w:t xml:space="preserve"> □</w:t>
            </w:r>
            <w:r w:rsidRPr="00417772">
              <w:rPr>
                <w:rFonts w:eastAsia="標楷體" w:cs="Times New Roman"/>
                <w:iCs/>
                <w:color w:val="666666"/>
                <w:sz w:val="20"/>
                <w:lang w:eastAsia="zh-TW"/>
              </w:rPr>
              <w:t>素</w:t>
            </w:r>
          </w:p>
          <w:p w14:paraId="16F3F09B" w14:textId="4C27A9D6" w:rsidR="00C5654D" w:rsidRPr="00417772" w:rsidRDefault="00C5654D" w:rsidP="00C5654D">
            <w:pPr>
              <w:spacing w:line="264" w:lineRule="auto"/>
              <w:rPr>
                <w:rFonts w:eastAsia="標楷體" w:cs="Times New Roman"/>
                <w:i/>
                <w:color w:val="666666"/>
                <w:sz w:val="20"/>
                <w:lang w:eastAsia="zh-TW"/>
              </w:rPr>
            </w:pPr>
            <w:r w:rsidRPr="00417772">
              <w:rPr>
                <w:rFonts w:eastAsia="標楷體" w:cs="Times New Roman"/>
                <w:iCs/>
                <w:color w:val="666666"/>
                <w:sz w:val="20"/>
                <w:lang w:eastAsia="zh-TW"/>
              </w:rPr>
              <w:t>是否開車：</w:t>
            </w:r>
            <w:r w:rsidRPr="00417772">
              <w:rPr>
                <w:rFonts w:eastAsia="標楷體" w:cs="Times New Roman"/>
                <w:iCs/>
                <w:color w:val="666666"/>
                <w:sz w:val="20"/>
                <w:lang w:eastAsia="zh-TW"/>
              </w:rPr>
              <w:t>□</w:t>
            </w:r>
            <w:r w:rsidRPr="00417772">
              <w:rPr>
                <w:rFonts w:eastAsia="標楷體" w:cs="Times New Roman"/>
                <w:iCs/>
                <w:color w:val="666666"/>
                <w:sz w:val="20"/>
                <w:lang w:eastAsia="zh-TW"/>
              </w:rPr>
              <w:t>是，車牌號碼：</w:t>
            </w:r>
            <w:r w:rsidRPr="00417772">
              <w:rPr>
                <w:rFonts w:eastAsia="標楷體" w:cs="Times New Roman"/>
                <w:iCs/>
                <w:color w:val="666666"/>
                <w:sz w:val="20"/>
                <w:lang w:eastAsia="zh-TW"/>
              </w:rPr>
              <w:t>__________(□</w:t>
            </w:r>
            <w:r w:rsidRPr="00417772">
              <w:rPr>
                <w:rFonts w:eastAsia="標楷體" w:cs="Times New Roman"/>
                <w:iCs/>
                <w:color w:val="666666"/>
                <w:sz w:val="20"/>
                <w:lang w:eastAsia="zh-TW"/>
              </w:rPr>
              <w:t>機車</w:t>
            </w:r>
            <w:r w:rsidRPr="00417772">
              <w:rPr>
                <w:rFonts w:eastAsia="標楷體" w:cs="Times New Roman"/>
                <w:iCs/>
                <w:color w:val="666666"/>
                <w:sz w:val="20"/>
                <w:lang w:eastAsia="zh-TW"/>
              </w:rPr>
              <w:t xml:space="preserve"> □</w:t>
            </w:r>
            <w:r w:rsidRPr="00417772">
              <w:rPr>
                <w:rFonts w:eastAsia="標楷體" w:cs="Times New Roman"/>
                <w:iCs/>
                <w:color w:val="666666"/>
                <w:sz w:val="20"/>
                <w:lang w:eastAsia="zh-TW"/>
              </w:rPr>
              <w:t>汽車</w:t>
            </w:r>
            <w:r w:rsidRPr="00417772">
              <w:rPr>
                <w:rFonts w:eastAsia="標楷體" w:cs="Times New Roman"/>
                <w:iCs/>
                <w:color w:val="666666"/>
                <w:sz w:val="20"/>
                <w:lang w:eastAsia="zh-TW"/>
              </w:rPr>
              <w:t>) □</w:t>
            </w:r>
            <w:r w:rsidRPr="00417772">
              <w:rPr>
                <w:rFonts w:eastAsia="標楷體" w:cs="Times New Roman"/>
                <w:iCs/>
                <w:color w:val="666666"/>
                <w:sz w:val="20"/>
                <w:lang w:eastAsia="zh-TW"/>
              </w:rPr>
              <w:t>否</w:t>
            </w:r>
          </w:p>
        </w:tc>
      </w:tr>
      <w:tr w:rsidR="00C5654D" w:rsidRPr="00417772" w14:paraId="516DC142" w14:textId="276227AD" w:rsidTr="00417772">
        <w:trPr>
          <w:trHeight w:val="664"/>
        </w:trPr>
        <w:tc>
          <w:tcPr>
            <w:tcW w:w="1620" w:type="dxa"/>
            <w:tcBorders>
              <w:top w:val="single" w:sz="8" w:space="0" w:color="B7C9D6"/>
              <w:left w:val="single" w:sz="8" w:space="0" w:color="B7C9D6"/>
              <w:bottom w:val="single" w:sz="8" w:space="0" w:color="B7C9D6"/>
              <w:right w:val="single" w:sz="8" w:space="0" w:color="B7C9D6"/>
            </w:tcBorders>
            <w:shd w:val="clear" w:color="auto" w:fill="F4F8FC"/>
            <w:tcMar>
              <w:top w:w="80" w:type="dxa"/>
              <w:left w:w="115" w:type="dxa"/>
              <w:bottom w:w="80" w:type="dxa"/>
              <w:right w:w="115" w:type="dxa"/>
            </w:tcMar>
            <w:vAlign w:val="center"/>
          </w:tcPr>
          <w:p w14:paraId="37D95AD0" w14:textId="77777777" w:rsidR="00C5654D" w:rsidRPr="00417772" w:rsidRDefault="00C5654D">
            <w:pPr>
              <w:spacing w:line="264" w:lineRule="auto"/>
              <w:jc w:val="center"/>
              <w:rPr>
                <w:rFonts w:eastAsia="標楷體" w:cs="Times New Roman"/>
              </w:rPr>
            </w:pPr>
            <w:proofErr w:type="spellStart"/>
            <w:r w:rsidRPr="00417772">
              <w:rPr>
                <w:rFonts w:eastAsia="標楷體" w:cs="Times New Roman"/>
                <w:b/>
                <w:color w:val="000000"/>
                <w:sz w:val="19"/>
              </w:rPr>
              <w:t>第三作者</w:t>
            </w:r>
            <w:proofErr w:type="spellEnd"/>
            <w:r w:rsidRPr="00417772">
              <w:rPr>
                <w:rFonts w:eastAsia="標楷體" w:cs="Times New Roman"/>
                <w:b/>
                <w:color w:val="000000"/>
                <w:sz w:val="19"/>
              </w:rPr>
              <w:br/>
              <w:t>3rd Author</w:t>
            </w:r>
          </w:p>
        </w:tc>
        <w:tc>
          <w:tcPr>
            <w:tcW w:w="1530" w:type="dxa"/>
            <w:tcBorders>
              <w:top w:val="single" w:sz="8" w:space="0" w:color="B7C9D6"/>
              <w:left w:val="single" w:sz="8" w:space="0" w:color="B7C9D6"/>
              <w:bottom w:val="single" w:sz="8" w:space="0" w:color="B7C9D6"/>
              <w:right w:val="single" w:sz="8" w:space="0" w:color="B7C9D6"/>
            </w:tcBorders>
            <w:tcMar>
              <w:top w:w="80" w:type="dxa"/>
              <w:left w:w="115" w:type="dxa"/>
              <w:bottom w:w="80" w:type="dxa"/>
              <w:right w:w="115" w:type="dxa"/>
            </w:tcMar>
            <w:vAlign w:val="center"/>
          </w:tcPr>
          <w:p w14:paraId="287DA2F3" w14:textId="77777777" w:rsidR="00C5654D" w:rsidRPr="00417772" w:rsidRDefault="00C5654D">
            <w:pPr>
              <w:spacing w:line="264" w:lineRule="auto"/>
              <w:rPr>
                <w:rFonts w:eastAsia="標楷體" w:cs="Times New Roman"/>
                <w:iCs/>
              </w:rPr>
            </w:pPr>
            <w:proofErr w:type="spellStart"/>
            <w:r w:rsidRPr="00417772">
              <w:rPr>
                <w:rFonts w:eastAsia="標楷體" w:cs="Times New Roman"/>
                <w:iCs/>
                <w:color w:val="666666"/>
                <w:sz w:val="20"/>
              </w:rPr>
              <w:t>請輸入</w:t>
            </w:r>
            <w:proofErr w:type="spellEnd"/>
          </w:p>
        </w:tc>
        <w:tc>
          <w:tcPr>
            <w:tcW w:w="1620" w:type="dxa"/>
            <w:tcBorders>
              <w:top w:val="single" w:sz="8" w:space="0" w:color="B7C9D6"/>
              <w:left w:val="single" w:sz="8" w:space="0" w:color="B7C9D6"/>
              <w:bottom w:val="single" w:sz="8" w:space="0" w:color="B7C9D6"/>
              <w:right w:val="single" w:sz="8" w:space="0" w:color="B7C9D6"/>
            </w:tcBorders>
            <w:tcMar>
              <w:top w:w="80" w:type="dxa"/>
              <w:left w:w="115" w:type="dxa"/>
              <w:bottom w:w="80" w:type="dxa"/>
              <w:right w:w="115" w:type="dxa"/>
            </w:tcMar>
            <w:vAlign w:val="center"/>
          </w:tcPr>
          <w:p w14:paraId="76E0FF65" w14:textId="77777777" w:rsidR="00C5654D" w:rsidRPr="00417772" w:rsidRDefault="00C5654D">
            <w:pPr>
              <w:spacing w:line="264" w:lineRule="auto"/>
              <w:rPr>
                <w:rFonts w:eastAsia="標楷體" w:cs="Times New Roman"/>
                <w:iCs/>
              </w:rPr>
            </w:pPr>
            <w:proofErr w:type="spellStart"/>
            <w:r w:rsidRPr="00417772">
              <w:rPr>
                <w:rFonts w:eastAsia="標楷體" w:cs="Times New Roman"/>
                <w:iCs/>
                <w:color w:val="666666"/>
                <w:sz w:val="20"/>
              </w:rPr>
              <w:t>請輸入</w:t>
            </w:r>
            <w:proofErr w:type="spellEnd"/>
          </w:p>
        </w:tc>
        <w:tc>
          <w:tcPr>
            <w:tcW w:w="2160" w:type="dxa"/>
            <w:tcBorders>
              <w:top w:val="single" w:sz="8" w:space="0" w:color="B7C9D6"/>
              <w:left w:val="single" w:sz="8" w:space="0" w:color="B7C9D6"/>
              <w:bottom w:val="single" w:sz="8" w:space="0" w:color="B7C9D6"/>
              <w:right w:val="single" w:sz="8" w:space="0" w:color="B7C9D6"/>
            </w:tcBorders>
            <w:tcMar>
              <w:top w:w="80" w:type="dxa"/>
              <w:left w:w="115" w:type="dxa"/>
              <w:bottom w:w="80" w:type="dxa"/>
              <w:right w:w="115" w:type="dxa"/>
            </w:tcMar>
            <w:vAlign w:val="center"/>
          </w:tcPr>
          <w:p w14:paraId="30B2AB98" w14:textId="77777777" w:rsidR="00C5654D" w:rsidRPr="00417772" w:rsidRDefault="00C5654D">
            <w:pPr>
              <w:spacing w:line="264" w:lineRule="auto"/>
              <w:rPr>
                <w:rFonts w:eastAsia="標楷體" w:cs="Times New Roman"/>
                <w:iCs/>
              </w:rPr>
            </w:pPr>
            <w:proofErr w:type="spellStart"/>
            <w:r w:rsidRPr="00417772">
              <w:rPr>
                <w:rFonts w:eastAsia="標楷體" w:cs="Times New Roman"/>
                <w:iCs/>
                <w:color w:val="666666"/>
                <w:sz w:val="20"/>
              </w:rPr>
              <w:t>請輸入</w:t>
            </w:r>
            <w:proofErr w:type="spellEnd"/>
          </w:p>
        </w:tc>
        <w:tc>
          <w:tcPr>
            <w:tcW w:w="4300" w:type="dxa"/>
            <w:tcBorders>
              <w:top w:val="single" w:sz="8" w:space="0" w:color="B7C9D6"/>
              <w:left w:val="single" w:sz="8" w:space="0" w:color="B7C9D6"/>
              <w:bottom w:val="single" w:sz="8" w:space="0" w:color="B7C9D6"/>
              <w:right w:val="single" w:sz="8" w:space="0" w:color="B7C9D6"/>
            </w:tcBorders>
          </w:tcPr>
          <w:p w14:paraId="28AB4651" w14:textId="77777777" w:rsidR="00C5654D" w:rsidRPr="00417772" w:rsidRDefault="00C5654D" w:rsidP="00C5654D">
            <w:pPr>
              <w:spacing w:line="264" w:lineRule="auto"/>
              <w:rPr>
                <w:rFonts w:eastAsia="標楷體" w:cs="Times New Roman"/>
                <w:iCs/>
                <w:color w:val="666666"/>
                <w:sz w:val="20"/>
                <w:lang w:eastAsia="zh-TW"/>
              </w:rPr>
            </w:pPr>
            <w:r w:rsidRPr="00417772">
              <w:rPr>
                <w:rFonts w:eastAsia="標楷體" w:cs="Times New Roman"/>
                <w:iCs/>
                <w:color w:val="666666"/>
                <w:sz w:val="20"/>
                <w:lang w:eastAsia="zh-TW"/>
              </w:rPr>
              <w:t>是否至研討會場進行發表</w:t>
            </w:r>
          </w:p>
          <w:p w14:paraId="4DB56785" w14:textId="77777777" w:rsidR="00C5654D" w:rsidRPr="00417772" w:rsidRDefault="00C5654D" w:rsidP="00C5654D">
            <w:pPr>
              <w:spacing w:line="264" w:lineRule="auto"/>
              <w:rPr>
                <w:rFonts w:eastAsia="標楷體" w:cs="Times New Roman"/>
                <w:iCs/>
                <w:color w:val="666666"/>
                <w:sz w:val="20"/>
                <w:lang w:eastAsia="zh-TW"/>
              </w:rPr>
            </w:pPr>
            <w:r w:rsidRPr="00417772">
              <w:rPr>
                <w:rFonts w:eastAsia="標楷體" w:cs="Times New Roman"/>
                <w:iCs/>
                <w:color w:val="666666"/>
                <w:sz w:val="20"/>
                <w:lang w:eastAsia="zh-TW"/>
              </w:rPr>
              <w:t>□</w:t>
            </w:r>
            <w:r w:rsidRPr="00417772">
              <w:rPr>
                <w:rFonts w:eastAsia="標楷體" w:cs="Times New Roman"/>
                <w:iCs/>
                <w:color w:val="666666"/>
                <w:sz w:val="20"/>
                <w:lang w:eastAsia="zh-TW"/>
              </w:rPr>
              <w:t>是</w:t>
            </w:r>
            <w:r w:rsidRPr="00417772">
              <w:rPr>
                <w:rFonts w:eastAsia="標楷體" w:cs="Times New Roman"/>
                <w:iCs/>
                <w:color w:val="666666"/>
                <w:sz w:val="20"/>
                <w:lang w:eastAsia="zh-TW"/>
              </w:rPr>
              <w:t xml:space="preserve"> □</w:t>
            </w:r>
            <w:r w:rsidRPr="00417772">
              <w:rPr>
                <w:rFonts w:eastAsia="標楷體" w:cs="Times New Roman"/>
                <w:iCs/>
                <w:color w:val="666666"/>
                <w:sz w:val="20"/>
                <w:lang w:eastAsia="zh-TW"/>
              </w:rPr>
              <w:t>否</w:t>
            </w:r>
          </w:p>
          <w:p w14:paraId="435127D7" w14:textId="77777777" w:rsidR="00C5654D" w:rsidRPr="00417772" w:rsidRDefault="00C5654D" w:rsidP="00C5654D">
            <w:pPr>
              <w:spacing w:line="264" w:lineRule="auto"/>
              <w:rPr>
                <w:rFonts w:eastAsia="標楷體" w:cs="Times New Roman"/>
                <w:iCs/>
                <w:color w:val="666666"/>
                <w:sz w:val="20"/>
                <w:lang w:eastAsia="zh-TW"/>
              </w:rPr>
            </w:pPr>
            <w:r w:rsidRPr="00417772">
              <w:rPr>
                <w:rFonts w:eastAsia="標楷體" w:cs="Times New Roman"/>
                <w:iCs/>
                <w:color w:val="666666"/>
                <w:sz w:val="20"/>
                <w:lang w:eastAsia="zh-TW"/>
              </w:rPr>
              <w:t>若為是，請提供以下資料：</w:t>
            </w:r>
          </w:p>
          <w:p w14:paraId="1B724ABC" w14:textId="77777777" w:rsidR="00C5654D" w:rsidRPr="00417772" w:rsidRDefault="00C5654D" w:rsidP="00C5654D">
            <w:pPr>
              <w:spacing w:line="264" w:lineRule="auto"/>
              <w:rPr>
                <w:rFonts w:eastAsia="標楷體" w:cs="Times New Roman"/>
                <w:iCs/>
                <w:color w:val="666666"/>
                <w:sz w:val="20"/>
                <w:lang w:eastAsia="zh-TW"/>
              </w:rPr>
            </w:pPr>
            <w:r w:rsidRPr="00417772">
              <w:rPr>
                <w:rFonts w:eastAsia="標楷體" w:cs="Times New Roman"/>
                <w:iCs/>
                <w:color w:val="666666"/>
                <w:sz w:val="20"/>
                <w:lang w:eastAsia="zh-TW"/>
              </w:rPr>
              <w:t>飲食種類：</w:t>
            </w:r>
            <w:r w:rsidRPr="00417772">
              <w:rPr>
                <w:rFonts w:eastAsia="標楷體" w:cs="Times New Roman"/>
                <w:iCs/>
                <w:color w:val="666666"/>
                <w:sz w:val="20"/>
                <w:lang w:eastAsia="zh-TW"/>
              </w:rPr>
              <w:t>□</w:t>
            </w:r>
            <w:r w:rsidRPr="00417772">
              <w:rPr>
                <w:rFonts w:eastAsia="標楷體" w:cs="Times New Roman"/>
                <w:iCs/>
                <w:color w:val="666666"/>
                <w:sz w:val="20"/>
                <w:lang w:eastAsia="zh-TW"/>
              </w:rPr>
              <w:t>葷</w:t>
            </w:r>
            <w:r w:rsidRPr="00417772">
              <w:rPr>
                <w:rFonts w:eastAsia="標楷體" w:cs="Times New Roman"/>
                <w:iCs/>
                <w:color w:val="666666"/>
                <w:sz w:val="20"/>
                <w:lang w:eastAsia="zh-TW"/>
              </w:rPr>
              <w:t xml:space="preserve"> □</w:t>
            </w:r>
            <w:r w:rsidRPr="00417772">
              <w:rPr>
                <w:rFonts w:eastAsia="標楷體" w:cs="Times New Roman"/>
                <w:iCs/>
                <w:color w:val="666666"/>
                <w:sz w:val="20"/>
                <w:lang w:eastAsia="zh-TW"/>
              </w:rPr>
              <w:t>素</w:t>
            </w:r>
          </w:p>
          <w:p w14:paraId="7B98E89E" w14:textId="0AA9C9CB" w:rsidR="00C5654D" w:rsidRPr="00417772" w:rsidRDefault="00C5654D" w:rsidP="00C5654D">
            <w:pPr>
              <w:spacing w:line="264" w:lineRule="auto"/>
              <w:rPr>
                <w:rFonts w:eastAsia="標楷體" w:cs="Times New Roman"/>
                <w:i/>
                <w:color w:val="666666"/>
                <w:sz w:val="20"/>
                <w:lang w:eastAsia="zh-TW"/>
              </w:rPr>
            </w:pPr>
            <w:r w:rsidRPr="00417772">
              <w:rPr>
                <w:rFonts w:eastAsia="標楷體" w:cs="Times New Roman"/>
                <w:iCs/>
                <w:color w:val="666666"/>
                <w:sz w:val="20"/>
                <w:lang w:eastAsia="zh-TW"/>
              </w:rPr>
              <w:t>是否開車：</w:t>
            </w:r>
            <w:r w:rsidRPr="00417772">
              <w:rPr>
                <w:rFonts w:eastAsia="標楷體" w:cs="Times New Roman"/>
                <w:iCs/>
                <w:color w:val="666666"/>
                <w:sz w:val="20"/>
                <w:lang w:eastAsia="zh-TW"/>
              </w:rPr>
              <w:t>□</w:t>
            </w:r>
            <w:r w:rsidRPr="00417772">
              <w:rPr>
                <w:rFonts w:eastAsia="標楷體" w:cs="Times New Roman"/>
                <w:iCs/>
                <w:color w:val="666666"/>
                <w:sz w:val="20"/>
                <w:lang w:eastAsia="zh-TW"/>
              </w:rPr>
              <w:t>是，車牌號碼：</w:t>
            </w:r>
            <w:r w:rsidRPr="00417772">
              <w:rPr>
                <w:rFonts w:eastAsia="標楷體" w:cs="Times New Roman"/>
                <w:iCs/>
                <w:color w:val="666666"/>
                <w:sz w:val="20"/>
                <w:lang w:eastAsia="zh-TW"/>
              </w:rPr>
              <w:t>__________(□</w:t>
            </w:r>
            <w:r w:rsidRPr="00417772">
              <w:rPr>
                <w:rFonts w:eastAsia="標楷體" w:cs="Times New Roman"/>
                <w:iCs/>
                <w:color w:val="666666"/>
                <w:sz w:val="20"/>
                <w:lang w:eastAsia="zh-TW"/>
              </w:rPr>
              <w:t>機車</w:t>
            </w:r>
            <w:r w:rsidRPr="00417772">
              <w:rPr>
                <w:rFonts w:eastAsia="標楷體" w:cs="Times New Roman"/>
                <w:iCs/>
                <w:color w:val="666666"/>
                <w:sz w:val="20"/>
                <w:lang w:eastAsia="zh-TW"/>
              </w:rPr>
              <w:t xml:space="preserve"> □</w:t>
            </w:r>
            <w:r w:rsidRPr="00417772">
              <w:rPr>
                <w:rFonts w:eastAsia="標楷體" w:cs="Times New Roman"/>
                <w:iCs/>
                <w:color w:val="666666"/>
                <w:sz w:val="20"/>
                <w:lang w:eastAsia="zh-TW"/>
              </w:rPr>
              <w:t>汽車</w:t>
            </w:r>
            <w:r w:rsidRPr="00417772">
              <w:rPr>
                <w:rFonts w:eastAsia="標楷體" w:cs="Times New Roman"/>
                <w:iCs/>
                <w:color w:val="666666"/>
                <w:sz w:val="20"/>
                <w:lang w:eastAsia="zh-TW"/>
              </w:rPr>
              <w:t>) □</w:t>
            </w:r>
            <w:r w:rsidRPr="00417772">
              <w:rPr>
                <w:rFonts w:eastAsia="標楷體" w:cs="Times New Roman"/>
                <w:iCs/>
                <w:color w:val="666666"/>
                <w:sz w:val="20"/>
                <w:lang w:eastAsia="zh-TW"/>
              </w:rPr>
              <w:t>否</w:t>
            </w:r>
          </w:p>
        </w:tc>
      </w:tr>
    </w:tbl>
    <w:p w14:paraId="7A9BCF0C" w14:textId="0DDE6BD1" w:rsidR="00665951" w:rsidRPr="00417772" w:rsidRDefault="00000000">
      <w:pPr>
        <w:spacing w:after="120"/>
        <w:rPr>
          <w:rFonts w:eastAsia="標楷體" w:cs="Times New Roman"/>
          <w:b/>
          <w:bCs/>
          <w:iCs/>
          <w:color w:val="000000" w:themeColor="text1"/>
          <w:lang w:eastAsia="zh-TW"/>
        </w:rPr>
      </w:pPr>
      <w:r w:rsidRPr="00417772">
        <w:rPr>
          <w:rFonts w:eastAsia="標楷體" w:cs="Times New Roman"/>
          <w:b/>
          <w:bCs/>
          <w:iCs/>
          <w:color w:val="000000" w:themeColor="text1"/>
          <w:sz w:val="18"/>
          <w:lang w:eastAsia="zh-TW"/>
        </w:rPr>
        <w:t>作者超過三位時，請自行新增作者列，並維持相同欄位格式。</w:t>
      </w:r>
      <w:r w:rsidR="00881BFB" w:rsidRPr="00881BFB">
        <w:rPr>
          <w:rFonts w:eastAsia="標楷體" w:cs="Times New Roman"/>
          <w:b/>
          <w:bCs/>
          <w:iCs/>
          <w:color w:val="000000" w:themeColor="text1"/>
          <w:sz w:val="18"/>
          <w:lang w:eastAsia="zh-TW"/>
        </w:rPr>
        <w:t>備註：海報發表則需請發表人於研討會當日至會場張貼海報。</w:t>
      </w:r>
    </w:p>
    <w:tbl>
      <w:tblPr>
        <w:tblStyle w:val="aff2"/>
        <w:tblW w:w="10980" w:type="dxa"/>
        <w:tblInd w:w="-245" w:type="dxa"/>
        <w:tblLayout w:type="fixed"/>
        <w:tblLook w:val="04A0" w:firstRow="1" w:lastRow="0" w:firstColumn="1" w:lastColumn="0" w:noHBand="0" w:noVBand="1"/>
      </w:tblPr>
      <w:tblGrid>
        <w:gridCol w:w="2002"/>
        <w:gridCol w:w="3458"/>
        <w:gridCol w:w="1920"/>
        <w:gridCol w:w="3600"/>
      </w:tblGrid>
      <w:tr w:rsidR="00665951" w:rsidRPr="00417772" w14:paraId="3BFA4C63" w14:textId="77777777" w:rsidTr="00AE0AD2">
        <w:trPr>
          <w:trHeight w:val="595"/>
        </w:trPr>
        <w:tc>
          <w:tcPr>
            <w:tcW w:w="2002" w:type="dxa"/>
            <w:tcBorders>
              <w:top w:val="single" w:sz="8" w:space="0" w:color="B7C9D6"/>
              <w:left w:val="single" w:sz="8" w:space="0" w:color="B7C9D6"/>
              <w:bottom w:val="single" w:sz="8" w:space="0" w:color="B7C9D6"/>
              <w:right w:val="single" w:sz="8" w:space="0" w:color="B7C9D6"/>
            </w:tcBorders>
            <w:shd w:val="clear" w:color="auto" w:fill="D9EAF7"/>
            <w:tcMar>
              <w:top w:w="80" w:type="dxa"/>
              <w:left w:w="115" w:type="dxa"/>
              <w:bottom w:w="80" w:type="dxa"/>
              <w:right w:w="115" w:type="dxa"/>
            </w:tcMar>
            <w:vAlign w:val="center"/>
          </w:tcPr>
          <w:p w14:paraId="466309E7" w14:textId="77777777" w:rsidR="00665951" w:rsidRPr="00417772" w:rsidRDefault="00000000">
            <w:pPr>
              <w:spacing w:line="264" w:lineRule="auto"/>
              <w:jc w:val="center"/>
              <w:rPr>
                <w:rFonts w:eastAsia="標楷體" w:cs="Times New Roman"/>
              </w:rPr>
            </w:pPr>
            <w:proofErr w:type="spellStart"/>
            <w:r w:rsidRPr="00417772">
              <w:rPr>
                <w:rFonts w:eastAsia="標楷體" w:cs="Times New Roman"/>
                <w:b/>
                <w:color w:val="000000"/>
                <w:sz w:val="18"/>
              </w:rPr>
              <w:t>通訊作者</w:t>
            </w:r>
            <w:proofErr w:type="spellEnd"/>
            <w:r w:rsidRPr="00417772">
              <w:rPr>
                <w:rFonts w:eastAsia="標楷體" w:cs="Times New Roman"/>
                <w:b/>
                <w:color w:val="000000"/>
                <w:sz w:val="18"/>
              </w:rPr>
              <w:br/>
              <w:t>Corresponding Author</w:t>
            </w:r>
          </w:p>
        </w:tc>
        <w:tc>
          <w:tcPr>
            <w:tcW w:w="3458" w:type="dxa"/>
            <w:tcBorders>
              <w:top w:val="single" w:sz="8" w:space="0" w:color="B7C9D6"/>
              <w:left w:val="single" w:sz="8" w:space="0" w:color="B7C9D6"/>
              <w:bottom w:val="single" w:sz="8" w:space="0" w:color="B7C9D6"/>
              <w:right w:val="single" w:sz="8" w:space="0" w:color="B7C9D6"/>
            </w:tcBorders>
            <w:tcMar>
              <w:top w:w="80" w:type="dxa"/>
              <w:left w:w="115" w:type="dxa"/>
              <w:bottom w:w="80" w:type="dxa"/>
              <w:right w:w="115" w:type="dxa"/>
            </w:tcMar>
            <w:vAlign w:val="center"/>
          </w:tcPr>
          <w:p w14:paraId="607FB736" w14:textId="77777777" w:rsidR="00665951" w:rsidRPr="00417772" w:rsidRDefault="00000000">
            <w:pPr>
              <w:spacing w:line="264" w:lineRule="auto"/>
              <w:rPr>
                <w:rFonts w:eastAsia="標楷體" w:cs="Times New Roman"/>
                <w:iCs/>
                <w:lang w:eastAsia="zh-TW"/>
              </w:rPr>
            </w:pPr>
            <w:r w:rsidRPr="00417772">
              <w:rPr>
                <w:rFonts w:eastAsia="標楷體" w:cs="Times New Roman"/>
                <w:iCs/>
                <w:color w:val="000000"/>
                <w:sz w:val="19"/>
                <w:lang w:eastAsia="zh-TW"/>
              </w:rPr>
              <w:t>請輸入中文／英文姓名</w:t>
            </w:r>
          </w:p>
        </w:tc>
        <w:tc>
          <w:tcPr>
            <w:tcW w:w="1920" w:type="dxa"/>
            <w:tcBorders>
              <w:top w:val="single" w:sz="8" w:space="0" w:color="B7C9D6"/>
              <w:left w:val="single" w:sz="8" w:space="0" w:color="B7C9D6"/>
              <w:bottom w:val="single" w:sz="8" w:space="0" w:color="B7C9D6"/>
              <w:right w:val="single" w:sz="8" w:space="0" w:color="B7C9D6"/>
            </w:tcBorders>
            <w:shd w:val="clear" w:color="auto" w:fill="D9EAF7"/>
            <w:tcMar>
              <w:top w:w="80" w:type="dxa"/>
              <w:left w:w="115" w:type="dxa"/>
              <w:bottom w:w="80" w:type="dxa"/>
              <w:right w:w="115" w:type="dxa"/>
            </w:tcMar>
            <w:vAlign w:val="center"/>
          </w:tcPr>
          <w:p w14:paraId="1EA479B9" w14:textId="77777777" w:rsidR="00665951" w:rsidRPr="00417772" w:rsidRDefault="00000000">
            <w:pPr>
              <w:spacing w:line="264" w:lineRule="auto"/>
              <w:jc w:val="center"/>
              <w:rPr>
                <w:rFonts w:eastAsia="標楷體" w:cs="Times New Roman"/>
              </w:rPr>
            </w:pPr>
            <w:proofErr w:type="spellStart"/>
            <w:r w:rsidRPr="00417772">
              <w:rPr>
                <w:rFonts w:eastAsia="標楷體" w:cs="Times New Roman"/>
                <w:b/>
                <w:color w:val="000000"/>
                <w:sz w:val="18"/>
              </w:rPr>
              <w:t>聯絡電話</w:t>
            </w:r>
            <w:proofErr w:type="spellEnd"/>
            <w:r w:rsidRPr="00417772">
              <w:rPr>
                <w:rFonts w:eastAsia="標楷體" w:cs="Times New Roman"/>
                <w:b/>
                <w:color w:val="000000"/>
                <w:sz w:val="18"/>
              </w:rPr>
              <w:br/>
              <w:t>Phone</w:t>
            </w:r>
          </w:p>
        </w:tc>
        <w:tc>
          <w:tcPr>
            <w:tcW w:w="3600" w:type="dxa"/>
            <w:tcBorders>
              <w:top w:val="single" w:sz="8" w:space="0" w:color="B7C9D6"/>
              <w:left w:val="single" w:sz="8" w:space="0" w:color="B7C9D6"/>
              <w:bottom w:val="single" w:sz="8" w:space="0" w:color="B7C9D6"/>
              <w:right w:val="single" w:sz="8" w:space="0" w:color="B7C9D6"/>
            </w:tcBorders>
            <w:tcMar>
              <w:top w:w="80" w:type="dxa"/>
              <w:left w:w="115" w:type="dxa"/>
              <w:bottom w:w="80" w:type="dxa"/>
              <w:right w:w="115" w:type="dxa"/>
            </w:tcMar>
            <w:vAlign w:val="center"/>
          </w:tcPr>
          <w:p w14:paraId="26DE5F49" w14:textId="77777777" w:rsidR="00665951" w:rsidRPr="00417772" w:rsidRDefault="00000000">
            <w:pPr>
              <w:spacing w:line="264" w:lineRule="auto"/>
              <w:rPr>
                <w:rFonts w:eastAsia="標楷體" w:cs="Times New Roman"/>
                <w:iCs/>
              </w:rPr>
            </w:pPr>
            <w:proofErr w:type="spellStart"/>
            <w:r w:rsidRPr="00417772">
              <w:rPr>
                <w:rFonts w:eastAsia="標楷體" w:cs="Times New Roman"/>
                <w:iCs/>
                <w:color w:val="000000"/>
                <w:sz w:val="19"/>
              </w:rPr>
              <w:t>請輸入電話</w:t>
            </w:r>
            <w:proofErr w:type="spellEnd"/>
          </w:p>
        </w:tc>
      </w:tr>
      <w:tr w:rsidR="00665951" w:rsidRPr="00417772" w14:paraId="783BBD8A" w14:textId="77777777" w:rsidTr="00AE0AD2">
        <w:trPr>
          <w:trHeight w:val="595"/>
        </w:trPr>
        <w:tc>
          <w:tcPr>
            <w:tcW w:w="2002" w:type="dxa"/>
            <w:tcBorders>
              <w:top w:val="single" w:sz="8" w:space="0" w:color="B7C9D6"/>
              <w:left w:val="single" w:sz="8" w:space="0" w:color="B7C9D6"/>
              <w:bottom w:val="single" w:sz="8" w:space="0" w:color="B7C9D6"/>
              <w:right w:val="single" w:sz="8" w:space="0" w:color="B7C9D6"/>
            </w:tcBorders>
            <w:shd w:val="clear" w:color="auto" w:fill="D9EAF7"/>
            <w:tcMar>
              <w:top w:w="80" w:type="dxa"/>
              <w:left w:w="115" w:type="dxa"/>
              <w:bottom w:w="80" w:type="dxa"/>
              <w:right w:w="115" w:type="dxa"/>
            </w:tcMar>
            <w:vAlign w:val="center"/>
          </w:tcPr>
          <w:p w14:paraId="0C5135C7" w14:textId="77777777" w:rsidR="00665951" w:rsidRPr="00417772" w:rsidRDefault="00000000">
            <w:pPr>
              <w:spacing w:line="264" w:lineRule="auto"/>
              <w:jc w:val="center"/>
              <w:rPr>
                <w:rFonts w:eastAsia="標楷體" w:cs="Times New Roman"/>
              </w:rPr>
            </w:pPr>
            <w:proofErr w:type="spellStart"/>
            <w:r w:rsidRPr="00417772">
              <w:rPr>
                <w:rFonts w:eastAsia="標楷體" w:cs="Times New Roman"/>
                <w:b/>
                <w:color w:val="000000"/>
                <w:sz w:val="18"/>
              </w:rPr>
              <w:t>電子郵件</w:t>
            </w:r>
            <w:proofErr w:type="spellEnd"/>
            <w:r w:rsidRPr="00417772">
              <w:rPr>
                <w:rFonts w:eastAsia="標楷體" w:cs="Times New Roman"/>
                <w:b/>
                <w:color w:val="000000"/>
                <w:sz w:val="18"/>
              </w:rPr>
              <w:br/>
              <w:t>Email</w:t>
            </w:r>
          </w:p>
        </w:tc>
        <w:tc>
          <w:tcPr>
            <w:tcW w:w="3458" w:type="dxa"/>
            <w:tcBorders>
              <w:top w:val="single" w:sz="8" w:space="0" w:color="B7C9D6"/>
              <w:left w:val="single" w:sz="8" w:space="0" w:color="B7C9D6"/>
              <w:bottom w:val="single" w:sz="8" w:space="0" w:color="B7C9D6"/>
              <w:right w:val="single" w:sz="8" w:space="0" w:color="B7C9D6"/>
            </w:tcBorders>
            <w:tcMar>
              <w:top w:w="80" w:type="dxa"/>
              <w:left w:w="115" w:type="dxa"/>
              <w:bottom w:w="80" w:type="dxa"/>
              <w:right w:w="115" w:type="dxa"/>
            </w:tcMar>
            <w:vAlign w:val="center"/>
          </w:tcPr>
          <w:p w14:paraId="2288D588" w14:textId="77777777" w:rsidR="00665951" w:rsidRPr="00417772" w:rsidRDefault="00000000">
            <w:pPr>
              <w:spacing w:line="264" w:lineRule="auto"/>
              <w:rPr>
                <w:rFonts w:eastAsia="標楷體" w:cs="Times New Roman"/>
                <w:iCs/>
              </w:rPr>
            </w:pPr>
            <w:proofErr w:type="spellStart"/>
            <w:r w:rsidRPr="00417772">
              <w:rPr>
                <w:rFonts w:eastAsia="標楷體" w:cs="Times New Roman"/>
                <w:iCs/>
                <w:color w:val="000000"/>
                <w:sz w:val="19"/>
              </w:rPr>
              <w:t>請輸入</w:t>
            </w:r>
            <w:proofErr w:type="spellEnd"/>
            <w:r w:rsidRPr="00417772">
              <w:rPr>
                <w:rFonts w:eastAsia="標楷體" w:cs="Times New Roman"/>
                <w:iCs/>
                <w:color w:val="000000"/>
                <w:sz w:val="19"/>
              </w:rPr>
              <w:t xml:space="preserve"> Email</w:t>
            </w:r>
          </w:p>
        </w:tc>
        <w:tc>
          <w:tcPr>
            <w:tcW w:w="1920" w:type="dxa"/>
            <w:tcBorders>
              <w:top w:val="single" w:sz="8" w:space="0" w:color="B7C9D6"/>
              <w:left w:val="single" w:sz="8" w:space="0" w:color="B7C9D6"/>
              <w:bottom w:val="single" w:sz="8" w:space="0" w:color="B7C9D6"/>
              <w:right w:val="single" w:sz="8" w:space="0" w:color="B7C9D6"/>
            </w:tcBorders>
            <w:shd w:val="clear" w:color="auto" w:fill="D9EAF7"/>
            <w:tcMar>
              <w:top w:w="80" w:type="dxa"/>
              <w:left w:w="115" w:type="dxa"/>
              <w:bottom w:w="80" w:type="dxa"/>
              <w:right w:w="115" w:type="dxa"/>
            </w:tcMar>
            <w:vAlign w:val="center"/>
          </w:tcPr>
          <w:p w14:paraId="76748BC2" w14:textId="77777777" w:rsidR="00665951" w:rsidRPr="00417772" w:rsidRDefault="00000000">
            <w:pPr>
              <w:spacing w:line="264" w:lineRule="auto"/>
              <w:jc w:val="center"/>
              <w:rPr>
                <w:rFonts w:eastAsia="標楷體" w:cs="Times New Roman"/>
              </w:rPr>
            </w:pPr>
            <w:proofErr w:type="spellStart"/>
            <w:r w:rsidRPr="00417772">
              <w:rPr>
                <w:rFonts w:eastAsia="標楷體" w:cs="Times New Roman"/>
                <w:b/>
                <w:color w:val="000000"/>
                <w:sz w:val="18"/>
              </w:rPr>
              <w:t>備用聯絡方式</w:t>
            </w:r>
            <w:proofErr w:type="spellEnd"/>
            <w:r w:rsidRPr="00417772">
              <w:rPr>
                <w:rFonts w:eastAsia="標楷體" w:cs="Times New Roman"/>
                <w:b/>
                <w:color w:val="000000"/>
                <w:sz w:val="18"/>
              </w:rPr>
              <w:br/>
              <w:t>Alternative Contact</w:t>
            </w:r>
          </w:p>
        </w:tc>
        <w:tc>
          <w:tcPr>
            <w:tcW w:w="3600" w:type="dxa"/>
            <w:tcBorders>
              <w:top w:val="single" w:sz="8" w:space="0" w:color="B7C9D6"/>
              <w:left w:val="single" w:sz="8" w:space="0" w:color="B7C9D6"/>
              <w:bottom w:val="single" w:sz="8" w:space="0" w:color="B7C9D6"/>
              <w:right w:val="single" w:sz="8" w:space="0" w:color="B7C9D6"/>
            </w:tcBorders>
            <w:tcMar>
              <w:top w:w="80" w:type="dxa"/>
              <w:left w:w="115" w:type="dxa"/>
              <w:bottom w:w="80" w:type="dxa"/>
              <w:right w:w="115" w:type="dxa"/>
            </w:tcMar>
            <w:vAlign w:val="center"/>
          </w:tcPr>
          <w:p w14:paraId="70228B02" w14:textId="77777777" w:rsidR="00665951" w:rsidRPr="00417772" w:rsidRDefault="00000000">
            <w:pPr>
              <w:spacing w:line="264" w:lineRule="auto"/>
              <w:rPr>
                <w:rFonts w:eastAsia="標楷體" w:cs="Times New Roman"/>
                <w:iCs/>
              </w:rPr>
            </w:pPr>
            <w:proofErr w:type="spellStart"/>
            <w:r w:rsidRPr="00417772">
              <w:rPr>
                <w:rFonts w:eastAsia="標楷體" w:cs="Times New Roman"/>
                <w:iCs/>
                <w:color w:val="000000"/>
                <w:sz w:val="19"/>
              </w:rPr>
              <w:t>選填</w:t>
            </w:r>
            <w:proofErr w:type="spellEnd"/>
          </w:p>
        </w:tc>
      </w:tr>
    </w:tbl>
    <w:p w14:paraId="26E3540A" w14:textId="77777777" w:rsidR="00665951" w:rsidRPr="00417772" w:rsidRDefault="00000000">
      <w:pPr>
        <w:keepNext/>
        <w:spacing w:before="180" w:after="80" w:line="240" w:lineRule="auto"/>
        <w:rPr>
          <w:rFonts w:eastAsia="標楷體" w:cs="Times New Roman"/>
        </w:rPr>
      </w:pPr>
      <w:r w:rsidRPr="00417772">
        <w:rPr>
          <w:rFonts w:eastAsia="標楷體" w:cs="Times New Roman"/>
          <w:b/>
          <w:color w:val="000000"/>
          <w:sz w:val="25"/>
        </w:rPr>
        <w:t xml:space="preserve">Personal Data </w:t>
      </w:r>
      <w:proofErr w:type="gramStart"/>
      <w:r w:rsidRPr="00417772">
        <w:rPr>
          <w:rFonts w:eastAsia="標楷體" w:cs="Times New Roman"/>
          <w:b/>
          <w:color w:val="000000"/>
          <w:sz w:val="25"/>
        </w:rPr>
        <w:t>Notice</w:t>
      </w:r>
      <w:r w:rsidRPr="00417772">
        <w:rPr>
          <w:rFonts w:eastAsia="標楷體" w:cs="Times New Roman"/>
          <w:color w:val="666666"/>
          <w:sz w:val="22"/>
        </w:rPr>
        <w:t xml:space="preserve">  </w:t>
      </w:r>
      <w:proofErr w:type="spellStart"/>
      <w:r w:rsidRPr="00417772">
        <w:rPr>
          <w:rFonts w:eastAsia="標楷體" w:cs="Times New Roman"/>
          <w:b/>
          <w:bCs/>
          <w:color w:val="EE0000"/>
          <w:sz w:val="22"/>
        </w:rPr>
        <w:t>個資法聲明</w:t>
      </w:r>
      <w:proofErr w:type="spellEnd"/>
      <w:proofErr w:type="gramEnd"/>
    </w:p>
    <w:p w14:paraId="7A1BD5AD" w14:textId="77777777" w:rsidR="00665951" w:rsidRPr="00AE0AD2" w:rsidRDefault="00000000">
      <w:pPr>
        <w:spacing w:after="0"/>
        <w:jc w:val="both"/>
        <w:rPr>
          <w:rFonts w:eastAsia="標楷體" w:cs="Times New Roman"/>
          <w:lang w:eastAsia="zh-TW"/>
        </w:rPr>
      </w:pPr>
      <w:r w:rsidRPr="00AE0AD2">
        <w:rPr>
          <w:rFonts w:eastAsia="標楷體" w:cs="Times New Roman"/>
          <w:sz w:val="18"/>
          <w:lang w:eastAsia="zh-TW"/>
        </w:rPr>
        <w:t>為完成本次論文投稿審查及發表，本校將蒐集作者之姓名、服務單位、職稱及通訊作者之聯絡資料，僅作為身分確認、稿件審查、結果通知、通過者資料公開及必要聯繫之用。</w:t>
      </w:r>
    </w:p>
    <w:p w14:paraId="2AF79E2E" w14:textId="77777777" w:rsidR="00665951" w:rsidRPr="00417772" w:rsidRDefault="00665951">
      <w:pPr>
        <w:rPr>
          <w:rFonts w:eastAsia="標楷體" w:cs="Times New Roman"/>
          <w:lang w:eastAsia="zh-TW"/>
        </w:rPr>
      </w:pPr>
    </w:p>
    <w:p w14:paraId="18E14A15" w14:textId="77777777" w:rsidR="00C5654D" w:rsidRPr="00417772" w:rsidRDefault="00C5654D">
      <w:pPr>
        <w:rPr>
          <w:rFonts w:eastAsia="標楷體" w:cs="Times New Roman"/>
          <w:lang w:eastAsia="zh-TW"/>
        </w:rPr>
        <w:sectPr w:rsidR="00C5654D" w:rsidRPr="00417772">
          <w:headerReference w:type="default" r:id="rId8"/>
          <w:footerReference w:type="even" r:id="rId9"/>
          <w:footerReference w:type="default" r:id="rId10"/>
          <w:pgSz w:w="11906" w:h="16838"/>
          <w:pgMar w:top="935" w:right="907" w:bottom="822" w:left="907" w:header="198" w:footer="312" w:gutter="0"/>
          <w:cols w:space="720"/>
          <w:docGrid w:linePitch="360"/>
        </w:sectPr>
      </w:pPr>
    </w:p>
    <w:p w14:paraId="7E7A6097" w14:textId="550BD235" w:rsidR="00AE0AD2" w:rsidRDefault="00AE0AD2" w:rsidP="00AE0AD2">
      <w:pPr>
        <w:spacing w:after="0" w:line="240" w:lineRule="auto"/>
        <w:jc w:val="center"/>
        <w:rPr>
          <w:rFonts w:eastAsia="標楷體" w:cs="Times New Roman"/>
          <w:b/>
          <w:color w:val="000000"/>
          <w:sz w:val="32"/>
          <w:lang w:eastAsia="zh-TW"/>
        </w:rPr>
      </w:pPr>
      <w:r>
        <w:rPr>
          <w:rFonts w:eastAsia="標楷體" w:cs="Times New Roman" w:hint="eastAsia"/>
          <w:b/>
          <w:color w:val="000000"/>
          <w:sz w:val="32"/>
          <w:lang w:eastAsia="zh-TW"/>
        </w:rPr>
        <w:lastRenderedPageBreak/>
        <w:t xml:space="preserve">                         </w:t>
      </w:r>
      <w:proofErr w:type="spellStart"/>
      <w:r w:rsidRPr="00417772">
        <w:rPr>
          <w:rFonts w:eastAsia="標楷體" w:cs="Times New Roman"/>
          <w:b/>
          <w:color w:val="000000"/>
          <w:sz w:val="32"/>
        </w:rPr>
        <w:t>論文資訊</w:t>
      </w:r>
      <w:proofErr w:type="spellEnd"/>
    </w:p>
    <w:p w14:paraId="3E184C29" w14:textId="55281A00" w:rsidR="00665951" w:rsidRPr="00417772" w:rsidRDefault="00000000" w:rsidP="00AE0AD2">
      <w:pPr>
        <w:spacing w:after="0" w:line="240" w:lineRule="auto"/>
        <w:jc w:val="center"/>
        <w:rPr>
          <w:rFonts w:eastAsia="標楷體" w:cs="Times New Roman"/>
        </w:rPr>
      </w:pPr>
      <w:r w:rsidRPr="00417772">
        <w:rPr>
          <w:rFonts w:eastAsia="標楷體" w:cs="Times New Roman"/>
          <w:b/>
          <w:color w:val="000000"/>
          <w:sz w:val="25"/>
        </w:rPr>
        <w:t>Paper Information</w:t>
      </w:r>
    </w:p>
    <w:p w14:paraId="452E97BD" w14:textId="77777777" w:rsidR="00665951" w:rsidRPr="00417772" w:rsidRDefault="00000000">
      <w:pPr>
        <w:keepNext/>
        <w:spacing w:before="180" w:after="80" w:line="240" w:lineRule="auto"/>
        <w:rPr>
          <w:rFonts w:eastAsia="標楷體" w:cs="Times New Roman"/>
        </w:rPr>
      </w:pPr>
      <w:r w:rsidRPr="00417772">
        <w:rPr>
          <w:rFonts w:eastAsia="標楷體" w:cs="Times New Roman"/>
          <w:b/>
          <w:color w:val="000000"/>
          <w:sz w:val="25"/>
        </w:rPr>
        <w:t xml:space="preserve">Paper </w:t>
      </w:r>
      <w:proofErr w:type="gramStart"/>
      <w:r w:rsidRPr="00417772">
        <w:rPr>
          <w:rFonts w:eastAsia="標楷體" w:cs="Times New Roman"/>
          <w:b/>
          <w:color w:val="000000"/>
          <w:sz w:val="25"/>
        </w:rPr>
        <w:t>Title</w:t>
      </w:r>
      <w:r w:rsidRPr="00417772">
        <w:rPr>
          <w:rFonts w:eastAsia="標楷體" w:cs="Times New Roman"/>
          <w:color w:val="666666"/>
          <w:sz w:val="22"/>
        </w:rPr>
        <w:t xml:space="preserve">  </w:t>
      </w:r>
      <w:proofErr w:type="spellStart"/>
      <w:r w:rsidRPr="00417772">
        <w:rPr>
          <w:rFonts w:eastAsia="標楷體" w:cs="Times New Roman"/>
          <w:b/>
          <w:bCs/>
          <w:color w:val="EE0000"/>
          <w:sz w:val="22"/>
        </w:rPr>
        <w:t>論文標題</w:t>
      </w:r>
      <w:proofErr w:type="spellEnd"/>
      <w:proofErr w:type="gramEnd"/>
    </w:p>
    <w:tbl>
      <w:tblPr>
        <w:tblStyle w:val="aff2"/>
        <w:tblW w:w="0" w:type="auto"/>
        <w:tblLayout w:type="fixed"/>
        <w:tblLook w:val="04A0" w:firstRow="1" w:lastRow="0" w:firstColumn="1" w:lastColumn="0" w:noHBand="0" w:noVBand="1"/>
      </w:tblPr>
      <w:tblGrid>
        <w:gridCol w:w="2324"/>
        <w:gridCol w:w="7541"/>
      </w:tblGrid>
      <w:tr w:rsidR="00665951" w:rsidRPr="00417772" w14:paraId="6E009929" w14:textId="77777777" w:rsidTr="00417772">
        <w:trPr>
          <w:trHeight w:val="648"/>
        </w:trPr>
        <w:tc>
          <w:tcPr>
            <w:tcW w:w="2324" w:type="dxa"/>
            <w:tcBorders>
              <w:top w:val="single" w:sz="8" w:space="0" w:color="B7C9D6"/>
              <w:left w:val="single" w:sz="8" w:space="0" w:color="B7C9D6"/>
              <w:bottom w:val="single" w:sz="8" w:space="0" w:color="B7C9D6"/>
              <w:right w:val="single" w:sz="8" w:space="0" w:color="B7C9D6"/>
            </w:tcBorders>
            <w:shd w:val="clear" w:color="auto" w:fill="D9EAF7"/>
            <w:tcMar>
              <w:top w:w="80" w:type="dxa"/>
              <w:left w:w="115" w:type="dxa"/>
              <w:bottom w:w="80" w:type="dxa"/>
              <w:right w:w="115" w:type="dxa"/>
            </w:tcMar>
            <w:vAlign w:val="center"/>
          </w:tcPr>
          <w:p w14:paraId="277FF525" w14:textId="77777777" w:rsidR="00665951" w:rsidRPr="00417772" w:rsidRDefault="00000000">
            <w:pPr>
              <w:spacing w:line="264" w:lineRule="auto"/>
              <w:jc w:val="center"/>
              <w:rPr>
                <w:rFonts w:eastAsia="標楷體" w:cs="Times New Roman"/>
              </w:rPr>
            </w:pPr>
            <w:proofErr w:type="spellStart"/>
            <w:r w:rsidRPr="00417772">
              <w:rPr>
                <w:rFonts w:eastAsia="標楷體" w:cs="Times New Roman"/>
                <w:b/>
                <w:color w:val="000000"/>
                <w:sz w:val="19"/>
              </w:rPr>
              <w:t>中文標題</w:t>
            </w:r>
            <w:proofErr w:type="spellEnd"/>
            <w:r w:rsidRPr="00417772">
              <w:rPr>
                <w:rFonts w:eastAsia="標楷體" w:cs="Times New Roman"/>
                <w:b/>
                <w:color w:val="000000"/>
                <w:sz w:val="19"/>
              </w:rPr>
              <w:br/>
              <w:t>Chinese Title</w:t>
            </w:r>
          </w:p>
        </w:tc>
        <w:tc>
          <w:tcPr>
            <w:tcW w:w="7541" w:type="dxa"/>
            <w:tcBorders>
              <w:top w:val="single" w:sz="8" w:space="0" w:color="B7C9D6"/>
              <w:left w:val="single" w:sz="8" w:space="0" w:color="B7C9D6"/>
              <w:bottom w:val="single" w:sz="8" w:space="0" w:color="B7C9D6"/>
              <w:right w:val="single" w:sz="8" w:space="0" w:color="B7C9D6"/>
            </w:tcBorders>
            <w:tcMar>
              <w:top w:w="80" w:type="dxa"/>
              <w:left w:w="115" w:type="dxa"/>
              <w:bottom w:w="80" w:type="dxa"/>
              <w:right w:w="115" w:type="dxa"/>
            </w:tcMar>
            <w:vAlign w:val="center"/>
          </w:tcPr>
          <w:p w14:paraId="72EC4ADB" w14:textId="77777777" w:rsidR="00665951" w:rsidRPr="00417772" w:rsidRDefault="00000000">
            <w:pPr>
              <w:spacing w:line="264" w:lineRule="auto"/>
              <w:rPr>
                <w:rFonts w:eastAsia="標楷體" w:cs="Times New Roman"/>
                <w:iCs/>
              </w:rPr>
            </w:pPr>
            <w:proofErr w:type="spellStart"/>
            <w:r w:rsidRPr="00417772">
              <w:rPr>
                <w:rFonts w:eastAsia="標楷體" w:cs="Times New Roman"/>
                <w:iCs/>
                <w:color w:val="666666"/>
                <w:sz w:val="20"/>
              </w:rPr>
              <w:t>請輸入論文標題</w:t>
            </w:r>
            <w:proofErr w:type="spellEnd"/>
          </w:p>
        </w:tc>
      </w:tr>
      <w:tr w:rsidR="00665951" w:rsidRPr="00417772" w14:paraId="4389BE4C" w14:textId="77777777" w:rsidTr="00417772">
        <w:trPr>
          <w:trHeight w:val="729"/>
        </w:trPr>
        <w:tc>
          <w:tcPr>
            <w:tcW w:w="2324" w:type="dxa"/>
            <w:tcBorders>
              <w:top w:val="single" w:sz="8" w:space="0" w:color="B7C9D6"/>
              <w:left w:val="single" w:sz="8" w:space="0" w:color="B7C9D6"/>
              <w:bottom w:val="single" w:sz="8" w:space="0" w:color="B7C9D6"/>
              <w:right w:val="single" w:sz="8" w:space="0" w:color="B7C9D6"/>
            </w:tcBorders>
            <w:shd w:val="clear" w:color="auto" w:fill="D9EAF7"/>
            <w:tcMar>
              <w:top w:w="80" w:type="dxa"/>
              <w:left w:w="115" w:type="dxa"/>
              <w:bottom w:w="80" w:type="dxa"/>
              <w:right w:w="115" w:type="dxa"/>
            </w:tcMar>
            <w:vAlign w:val="center"/>
          </w:tcPr>
          <w:p w14:paraId="28009F6D" w14:textId="77777777" w:rsidR="00665951" w:rsidRPr="00417772" w:rsidRDefault="00000000">
            <w:pPr>
              <w:spacing w:line="264" w:lineRule="auto"/>
              <w:jc w:val="center"/>
              <w:rPr>
                <w:rFonts w:eastAsia="標楷體" w:cs="Times New Roman"/>
              </w:rPr>
            </w:pPr>
            <w:proofErr w:type="spellStart"/>
            <w:r w:rsidRPr="00417772">
              <w:rPr>
                <w:rFonts w:eastAsia="標楷體" w:cs="Times New Roman"/>
                <w:b/>
                <w:color w:val="000000"/>
                <w:sz w:val="19"/>
              </w:rPr>
              <w:t>英文標題</w:t>
            </w:r>
            <w:proofErr w:type="spellEnd"/>
            <w:r w:rsidRPr="00417772">
              <w:rPr>
                <w:rFonts w:eastAsia="標楷體" w:cs="Times New Roman"/>
                <w:b/>
                <w:color w:val="000000"/>
                <w:sz w:val="19"/>
              </w:rPr>
              <w:br/>
              <w:t>English Title</w:t>
            </w:r>
          </w:p>
        </w:tc>
        <w:tc>
          <w:tcPr>
            <w:tcW w:w="7541" w:type="dxa"/>
            <w:tcBorders>
              <w:top w:val="single" w:sz="8" w:space="0" w:color="B7C9D6"/>
              <w:left w:val="single" w:sz="8" w:space="0" w:color="B7C9D6"/>
              <w:bottom w:val="single" w:sz="8" w:space="0" w:color="B7C9D6"/>
              <w:right w:val="single" w:sz="8" w:space="0" w:color="B7C9D6"/>
            </w:tcBorders>
            <w:tcMar>
              <w:top w:w="80" w:type="dxa"/>
              <w:left w:w="115" w:type="dxa"/>
              <w:bottom w:w="80" w:type="dxa"/>
              <w:right w:w="115" w:type="dxa"/>
            </w:tcMar>
            <w:vAlign w:val="center"/>
          </w:tcPr>
          <w:p w14:paraId="3AF0D0DF" w14:textId="77777777" w:rsidR="00665951" w:rsidRPr="00417772" w:rsidRDefault="00000000">
            <w:pPr>
              <w:spacing w:line="264" w:lineRule="auto"/>
              <w:rPr>
                <w:rFonts w:eastAsia="標楷體" w:cs="Times New Roman"/>
                <w:iCs/>
              </w:rPr>
            </w:pPr>
            <w:proofErr w:type="spellStart"/>
            <w:r w:rsidRPr="00417772">
              <w:rPr>
                <w:rFonts w:eastAsia="標楷體" w:cs="Times New Roman"/>
                <w:iCs/>
                <w:color w:val="666666"/>
                <w:sz w:val="20"/>
              </w:rPr>
              <w:t>請輸入論文標題</w:t>
            </w:r>
            <w:proofErr w:type="spellEnd"/>
          </w:p>
        </w:tc>
      </w:tr>
    </w:tbl>
    <w:p w14:paraId="165647CC" w14:textId="77777777" w:rsidR="00665951" w:rsidRPr="00417772" w:rsidRDefault="00000000">
      <w:pPr>
        <w:keepNext/>
        <w:spacing w:before="180" w:after="80" w:line="240" w:lineRule="auto"/>
        <w:rPr>
          <w:rFonts w:eastAsia="標楷體" w:cs="Times New Roman"/>
        </w:rPr>
      </w:pPr>
      <w:r w:rsidRPr="00417772">
        <w:rPr>
          <w:rFonts w:eastAsia="標楷體" w:cs="Times New Roman"/>
          <w:b/>
          <w:color w:val="000000"/>
          <w:sz w:val="25"/>
        </w:rPr>
        <w:t xml:space="preserve">Submission </w:t>
      </w:r>
      <w:proofErr w:type="gramStart"/>
      <w:r w:rsidRPr="00417772">
        <w:rPr>
          <w:rFonts w:eastAsia="標楷體" w:cs="Times New Roman"/>
          <w:b/>
          <w:color w:val="000000"/>
          <w:sz w:val="25"/>
        </w:rPr>
        <w:t>Topic</w:t>
      </w:r>
      <w:r w:rsidRPr="00417772">
        <w:rPr>
          <w:rFonts w:eastAsia="標楷體" w:cs="Times New Roman"/>
          <w:color w:val="666666"/>
          <w:sz w:val="22"/>
        </w:rPr>
        <w:t xml:space="preserve">  </w:t>
      </w:r>
      <w:proofErr w:type="spellStart"/>
      <w:r w:rsidRPr="00417772">
        <w:rPr>
          <w:rFonts w:eastAsia="標楷體" w:cs="Times New Roman"/>
          <w:b/>
          <w:bCs/>
          <w:color w:val="EE0000"/>
          <w:sz w:val="22"/>
        </w:rPr>
        <w:t>投稿主題</w:t>
      </w:r>
      <w:proofErr w:type="spellEnd"/>
      <w:proofErr w:type="gramEnd"/>
      <w:r w:rsidRPr="00417772">
        <w:rPr>
          <w:rFonts w:eastAsia="標楷體" w:cs="Times New Roman"/>
          <w:b/>
          <w:bCs/>
          <w:color w:val="EE0000"/>
          <w:sz w:val="22"/>
        </w:rPr>
        <w:t xml:space="preserve"> </w:t>
      </w:r>
      <w:proofErr w:type="spellStart"/>
      <w:r w:rsidRPr="00417772">
        <w:rPr>
          <w:rFonts w:eastAsia="標楷體" w:cs="Times New Roman"/>
          <w:b/>
          <w:bCs/>
          <w:color w:val="EE0000"/>
          <w:sz w:val="22"/>
        </w:rPr>
        <w:t>請擇一</w:t>
      </w:r>
      <w:proofErr w:type="spellEnd"/>
    </w:p>
    <w:tbl>
      <w:tblPr>
        <w:tblStyle w:val="aff2"/>
        <w:tblW w:w="0" w:type="auto"/>
        <w:tblLayout w:type="fixed"/>
        <w:tblLook w:val="04A0" w:firstRow="1" w:lastRow="0" w:firstColumn="1" w:lastColumn="0" w:noHBand="0" w:noVBand="1"/>
      </w:tblPr>
      <w:tblGrid>
        <w:gridCol w:w="4932"/>
        <w:gridCol w:w="4932"/>
      </w:tblGrid>
      <w:tr w:rsidR="00665951" w:rsidRPr="00417772" w14:paraId="0AD6A26C" w14:textId="77777777">
        <w:tc>
          <w:tcPr>
            <w:tcW w:w="4932" w:type="dxa"/>
            <w:tcBorders>
              <w:top w:val="single" w:sz="8" w:space="0" w:color="B7C9D6"/>
              <w:left w:val="single" w:sz="8" w:space="0" w:color="B7C9D6"/>
              <w:bottom w:val="single" w:sz="8" w:space="0" w:color="B7C9D6"/>
              <w:right w:val="single" w:sz="8" w:space="0" w:color="B7C9D6"/>
            </w:tcBorders>
            <w:tcMar>
              <w:top w:w="110" w:type="dxa"/>
              <w:left w:w="140" w:type="dxa"/>
              <w:bottom w:w="110" w:type="dxa"/>
              <w:right w:w="140" w:type="dxa"/>
            </w:tcMar>
          </w:tcPr>
          <w:p w14:paraId="070D1CF4" w14:textId="77777777" w:rsidR="00665951" w:rsidRPr="00417772" w:rsidRDefault="00000000">
            <w:pPr>
              <w:spacing w:after="80" w:line="252" w:lineRule="auto"/>
              <w:rPr>
                <w:rFonts w:eastAsia="標楷體" w:cs="Times New Roman"/>
              </w:rPr>
            </w:pPr>
            <w:proofErr w:type="spellStart"/>
            <w:r w:rsidRPr="00417772">
              <w:rPr>
                <w:rFonts w:eastAsia="標楷體" w:cs="Times New Roman"/>
                <w:b/>
                <w:color w:val="1F4E79"/>
                <w:sz w:val="18"/>
              </w:rPr>
              <w:t>壹、智慧烘焙創新與永續發展組</w:t>
            </w:r>
            <w:proofErr w:type="spellEnd"/>
            <w:r w:rsidRPr="00417772">
              <w:rPr>
                <w:rFonts w:eastAsia="標楷體" w:cs="Times New Roman"/>
                <w:b/>
                <w:color w:val="1F4E79"/>
                <w:sz w:val="18"/>
              </w:rPr>
              <w:br/>
              <w:t>Smart Baking Innovation and Sustainability</w:t>
            </w:r>
          </w:p>
          <w:p w14:paraId="1D1C66D4" w14:textId="1557A66A" w:rsidR="00665951" w:rsidRPr="00417772" w:rsidRDefault="00AE0AD2">
            <w:pPr>
              <w:spacing w:after="40" w:line="264" w:lineRule="auto"/>
              <w:rPr>
                <w:rFonts w:eastAsia="標楷體" w:cs="Times New Roman"/>
                <w:lang w:eastAsia="zh-TW"/>
              </w:rPr>
            </w:pPr>
            <w:r w:rsidRPr="00AE0AD2">
              <w:rPr>
                <w:rFonts w:eastAsia="標楷體" w:cs="Times New Roman"/>
                <w:color w:val="000000"/>
                <w:sz w:val="24"/>
                <w:szCs w:val="32"/>
                <w:lang w:eastAsia="zh-TW"/>
              </w:rPr>
              <w:t>□</w:t>
            </w:r>
            <w:r w:rsidR="00CE6473" w:rsidRPr="00417772">
              <w:rPr>
                <w:rFonts w:eastAsia="標楷體" w:cs="Times New Roman"/>
                <w:color w:val="000000"/>
                <w:sz w:val="18"/>
                <w:lang w:eastAsia="zh-TW"/>
              </w:rPr>
              <w:t xml:space="preserve">1. </w:t>
            </w:r>
            <w:r w:rsidR="00CE6473" w:rsidRPr="00417772">
              <w:rPr>
                <w:rFonts w:eastAsia="標楷體" w:cs="Times New Roman"/>
                <w:color w:val="000000"/>
                <w:sz w:val="18"/>
                <w:lang w:eastAsia="zh-TW"/>
              </w:rPr>
              <w:t>綠色創新與永續發展</w:t>
            </w:r>
          </w:p>
          <w:p w14:paraId="65A1909B" w14:textId="06CF6CAB" w:rsidR="00665951" w:rsidRPr="00417772" w:rsidRDefault="00AE0AD2">
            <w:pPr>
              <w:spacing w:after="40" w:line="264" w:lineRule="auto"/>
              <w:rPr>
                <w:rFonts w:eastAsia="標楷體" w:cs="Times New Roman"/>
                <w:lang w:eastAsia="zh-TW"/>
              </w:rPr>
            </w:pPr>
            <w:r w:rsidRPr="00AE0AD2">
              <w:rPr>
                <w:rFonts w:eastAsia="標楷體" w:cs="Times New Roman"/>
                <w:color w:val="000000"/>
                <w:sz w:val="24"/>
                <w:szCs w:val="32"/>
                <w:lang w:eastAsia="zh-TW"/>
              </w:rPr>
              <w:t>□</w:t>
            </w:r>
            <w:r w:rsidR="00CE6473" w:rsidRPr="00417772">
              <w:rPr>
                <w:rFonts w:eastAsia="標楷體" w:cs="Times New Roman"/>
                <w:color w:val="000000"/>
                <w:sz w:val="18"/>
                <w:lang w:eastAsia="zh-TW"/>
              </w:rPr>
              <w:t xml:space="preserve"> 2. </w:t>
            </w:r>
            <w:r w:rsidR="00CE6473" w:rsidRPr="00417772">
              <w:rPr>
                <w:rFonts w:eastAsia="標楷體" w:cs="Times New Roman"/>
                <w:color w:val="000000"/>
                <w:sz w:val="18"/>
                <w:lang w:eastAsia="zh-TW"/>
              </w:rPr>
              <w:t>在地食材與低碳烘焙產品開發</w:t>
            </w:r>
          </w:p>
          <w:p w14:paraId="02356FFE" w14:textId="36B200FF" w:rsidR="00665951" w:rsidRPr="00417772" w:rsidRDefault="00AE0AD2">
            <w:pPr>
              <w:spacing w:after="40" w:line="264" w:lineRule="auto"/>
              <w:rPr>
                <w:rFonts w:eastAsia="標楷體" w:cs="Times New Roman"/>
                <w:lang w:eastAsia="zh-TW"/>
              </w:rPr>
            </w:pPr>
            <w:r w:rsidRPr="00AE0AD2">
              <w:rPr>
                <w:rFonts w:eastAsia="標楷體" w:cs="Times New Roman"/>
                <w:color w:val="000000"/>
                <w:sz w:val="24"/>
                <w:szCs w:val="32"/>
                <w:lang w:eastAsia="zh-TW"/>
              </w:rPr>
              <w:t>□</w:t>
            </w:r>
            <w:r w:rsidR="00CE6473" w:rsidRPr="00417772">
              <w:rPr>
                <w:rFonts w:eastAsia="標楷體" w:cs="Times New Roman"/>
                <w:color w:val="000000"/>
                <w:sz w:val="18"/>
                <w:lang w:eastAsia="zh-TW"/>
              </w:rPr>
              <w:t xml:space="preserve"> 3. </w:t>
            </w:r>
            <w:r w:rsidR="00CE6473" w:rsidRPr="00417772">
              <w:rPr>
                <w:rFonts w:eastAsia="標楷體" w:cs="Times New Roman"/>
                <w:color w:val="000000"/>
                <w:sz w:val="18"/>
                <w:lang w:eastAsia="zh-TW"/>
              </w:rPr>
              <w:t>循環經濟、食品副產物再利用與減廢實踐</w:t>
            </w:r>
          </w:p>
          <w:p w14:paraId="5716030B" w14:textId="6E26DA78" w:rsidR="00665951" w:rsidRPr="00417772" w:rsidRDefault="00AE0AD2">
            <w:pPr>
              <w:spacing w:after="40" w:line="264" w:lineRule="auto"/>
              <w:rPr>
                <w:rFonts w:eastAsia="標楷體" w:cs="Times New Roman"/>
                <w:lang w:eastAsia="zh-TW"/>
              </w:rPr>
            </w:pPr>
            <w:r w:rsidRPr="00AE0AD2">
              <w:rPr>
                <w:rFonts w:eastAsia="標楷體" w:cs="Times New Roman"/>
                <w:color w:val="000000"/>
                <w:sz w:val="24"/>
                <w:szCs w:val="32"/>
                <w:lang w:eastAsia="zh-TW"/>
              </w:rPr>
              <w:t>□</w:t>
            </w:r>
            <w:r w:rsidR="00CE6473" w:rsidRPr="00417772">
              <w:rPr>
                <w:rFonts w:eastAsia="標楷體" w:cs="Times New Roman"/>
                <w:color w:val="000000"/>
                <w:sz w:val="18"/>
                <w:lang w:eastAsia="zh-TW"/>
              </w:rPr>
              <w:t xml:space="preserve"> 4. </w:t>
            </w:r>
            <w:r w:rsidR="00CE6473" w:rsidRPr="00417772">
              <w:rPr>
                <w:rFonts w:eastAsia="標楷體" w:cs="Times New Roman"/>
                <w:color w:val="000000"/>
                <w:sz w:val="18"/>
                <w:lang w:eastAsia="zh-TW"/>
              </w:rPr>
              <w:t>烘焙產品研發與智慧製造</w:t>
            </w:r>
          </w:p>
          <w:p w14:paraId="027F9771" w14:textId="60B17663" w:rsidR="00665951" w:rsidRPr="00417772" w:rsidRDefault="00AE0AD2">
            <w:pPr>
              <w:spacing w:after="40" w:line="264" w:lineRule="auto"/>
              <w:rPr>
                <w:rFonts w:eastAsia="標楷體" w:cs="Times New Roman"/>
                <w:lang w:eastAsia="zh-TW"/>
              </w:rPr>
            </w:pPr>
            <w:r w:rsidRPr="00AE0AD2">
              <w:rPr>
                <w:rFonts w:eastAsia="標楷體" w:cs="Times New Roman"/>
                <w:color w:val="000000"/>
                <w:sz w:val="24"/>
                <w:szCs w:val="32"/>
                <w:lang w:eastAsia="zh-TW"/>
              </w:rPr>
              <w:t>□</w:t>
            </w:r>
            <w:r w:rsidR="00CE6473" w:rsidRPr="00417772">
              <w:rPr>
                <w:rFonts w:eastAsia="標楷體" w:cs="Times New Roman"/>
                <w:color w:val="000000"/>
                <w:sz w:val="18"/>
                <w:lang w:eastAsia="zh-TW"/>
              </w:rPr>
              <w:t xml:space="preserve">5. </w:t>
            </w:r>
            <w:r w:rsidR="00CE6473" w:rsidRPr="00417772">
              <w:rPr>
                <w:rFonts w:eastAsia="標楷體" w:cs="Times New Roman"/>
                <w:color w:val="000000"/>
                <w:sz w:val="18"/>
                <w:lang w:eastAsia="zh-TW"/>
              </w:rPr>
              <w:t>餐旅服務創新與數位轉型</w:t>
            </w:r>
          </w:p>
        </w:tc>
        <w:tc>
          <w:tcPr>
            <w:tcW w:w="4932" w:type="dxa"/>
            <w:tcBorders>
              <w:top w:val="single" w:sz="8" w:space="0" w:color="B7C9D6"/>
              <w:left w:val="single" w:sz="8" w:space="0" w:color="B7C9D6"/>
              <w:bottom w:val="single" w:sz="8" w:space="0" w:color="B7C9D6"/>
              <w:right w:val="single" w:sz="8" w:space="0" w:color="B7C9D6"/>
            </w:tcBorders>
            <w:tcMar>
              <w:top w:w="110" w:type="dxa"/>
              <w:left w:w="140" w:type="dxa"/>
              <w:bottom w:w="110" w:type="dxa"/>
              <w:right w:w="140" w:type="dxa"/>
            </w:tcMar>
          </w:tcPr>
          <w:p w14:paraId="73E17761" w14:textId="77777777" w:rsidR="00665951" w:rsidRPr="00417772" w:rsidRDefault="00000000">
            <w:pPr>
              <w:spacing w:after="80" w:line="252" w:lineRule="auto"/>
              <w:rPr>
                <w:rFonts w:eastAsia="標楷體" w:cs="Times New Roman"/>
              </w:rPr>
            </w:pPr>
            <w:proofErr w:type="spellStart"/>
            <w:r w:rsidRPr="00417772">
              <w:rPr>
                <w:rFonts w:eastAsia="標楷體" w:cs="Times New Roman"/>
                <w:b/>
                <w:color w:val="1F4E79"/>
                <w:sz w:val="18"/>
              </w:rPr>
              <w:t>貳、食品安全與創新機能性產品組</w:t>
            </w:r>
            <w:proofErr w:type="spellEnd"/>
            <w:r w:rsidRPr="00417772">
              <w:rPr>
                <w:rFonts w:eastAsia="標楷體" w:cs="Times New Roman"/>
                <w:b/>
                <w:color w:val="1F4E79"/>
                <w:sz w:val="18"/>
              </w:rPr>
              <w:br/>
              <w:t>Food Safety and Innovative Functional Products</w:t>
            </w:r>
          </w:p>
          <w:p w14:paraId="2BADC053" w14:textId="136866B3" w:rsidR="00665951" w:rsidRPr="00417772" w:rsidRDefault="00CE6473">
            <w:pPr>
              <w:spacing w:after="40" w:line="264" w:lineRule="auto"/>
              <w:rPr>
                <w:rFonts w:eastAsia="標楷體" w:cs="Times New Roman"/>
                <w:lang w:eastAsia="zh-TW"/>
              </w:rPr>
            </w:pPr>
            <w:r w:rsidRPr="00AE0AD2">
              <w:rPr>
                <w:rFonts w:eastAsia="標楷體" w:cs="Times New Roman"/>
                <w:color w:val="000000"/>
                <w:sz w:val="24"/>
                <w:szCs w:val="32"/>
                <w:lang w:eastAsia="zh-TW"/>
              </w:rPr>
              <w:t>□</w:t>
            </w:r>
            <w:r w:rsidRPr="00417772">
              <w:rPr>
                <w:rFonts w:eastAsia="標楷體" w:cs="Times New Roman"/>
                <w:color w:val="000000"/>
                <w:sz w:val="18"/>
                <w:lang w:eastAsia="zh-TW"/>
              </w:rPr>
              <w:t xml:space="preserve">1. </w:t>
            </w:r>
            <w:r w:rsidRPr="00417772">
              <w:rPr>
                <w:rFonts w:eastAsia="標楷體" w:cs="Times New Roman"/>
                <w:color w:val="000000"/>
                <w:sz w:val="18"/>
                <w:lang w:eastAsia="zh-TW"/>
              </w:rPr>
              <w:t>食品加工、食品工程與品質管理</w:t>
            </w:r>
          </w:p>
          <w:p w14:paraId="43B7F2EA" w14:textId="399C00F8" w:rsidR="00665951" w:rsidRPr="00417772" w:rsidRDefault="00AE0AD2">
            <w:pPr>
              <w:spacing w:after="40" w:line="264" w:lineRule="auto"/>
              <w:rPr>
                <w:rFonts w:eastAsia="標楷體" w:cs="Times New Roman"/>
                <w:lang w:eastAsia="zh-TW"/>
              </w:rPr>
            </w:pPr>
            <w:r w:rsidRPr="00AE0AD2">
              <w:rPr>
                <w:rFonts w:eastAsia="標楷體" w:cs="Times New Roman"/>
                <w:color w:val="000000"/>
                <w:sz w:val="24"/>
                <w:szCs w:val="32"/>
                <w:lang w:eastAsia="zh-TW"/>
              </w:rPr>
              <w:t>□</w:t>
            </w:r>
            <w:r w:rsidR="00CE6473" w:rsidRPr="00417772">
              <w:rPr>
                <w:rFonts w:eastAsia="標楷體" w:cs="Times New Roman"/>
                <w:color w:val="000000"/>
                <w:sz w:val="18"/>
                <w:lang w:eastAsia="zh-TW"/>
              </w:rPr>
              <w:t xml:space="preserve"> 2. </w:t>
            </w:r>
            <w:r w:rsidR="00CE6473" w:rsidRPr="00417772">
              <w:rPr>
                <w:rFonts w:eastAsia="標楷體" w:cs="Times New Roman"/>
                <w:color w:val="000000"/>
                <w:sz w:val="18"/>
                <w:lang w:eastAsia="zh-TW"/>
              </w:rPr>
              <w:t>食品安全、衛生管理與追溯制度</w:t>
            </w:r>
          </w:p>
          <w:p w14:paraId="110A742C" w14:textId="4CB4C2C0" w:rsidR="00CE6473" w:rsidRPr="00417772" w:rsidRDefault="00AE0AD2">
            <w:pPr>
              <w:spacing w:after="40" w:line="264" w:lineRule="auto"/>
              <w:rPr>
                <w:rFonts w:eastAsia="標楷體" w:cs="Times New Roman"/>
                <w:color w:val="000000"/>
                <w:sz w:val="18"/>
                <w:lang w:eastAsia="zh-TW"/>
              </w:rPr>
            </w:pPr>
            <w:r w:rsidRPr="00AE0AD2">
              <w:rPr>
                <w:rFonts w:eastAsia="標楷體" w:cs="Times New Roman"/>
                <w:color w:val="000000"/>
                <w:sz w:val="24"/>
                <w:szCs w:val="32"/>
                <w:lang w:eastAsia="zh-TW"/>
              </w:rPr>
              <w:t>□</w:t>
            </w:r>
            <w:r w:rsidR="00CE6473" w:rsidRPr="00417772">
              <w:rPr>
                <w:rFonts w:eastAsia="標楷體" w:cs="Times New Roman"/>
                <w:color w:val="000000"/>
                <w:sz w:val="18"/>
                <w:lang w:eastAsia="zh-TW"/>
              </w:rPr>
              <w:t xml:space="preserve">3. </w:t>
            </w:r>
            <w:r w:rsidR="00CE6473" w:rsidRPr="00417772">
              <w:rPr>
                <w:rFonts w:eastAsia="標楷體" w:cs="Times New Roman"/>
                <w:color w:val="000000"/>
                <w:sz w:val="18"/>
                <w:lang w:eastAsia="zh-TW"/>
              </w:rPr>
              <w:t>食品營養、感官評估與消費者接受度研究</w:t>
            </w:r>
          </w:p>
          <w:p w14:paraId="1E7F84FB" w14:textId="137B1697" w:rsidR="00665951" w:rsidRPr="00417772" w:rsidRDefault="00AE0AD2">
            <w:pPr>
              <w:spacing w:after="40" w:line="264" w:lineRule="auto"/>
              <w:rPr>
                <w:rFonts w:eastAsia="標楷體" w:cs="Times New Roman"/>
                <w:lang w:eastAsia="zh-TW"/>
              </w:rPr>
            </w:pPr>
            <w:r w:rsidRPr="00AE0AD2">
              <w:rPr>
                <w:rFonts w:eastAsia="標楷體" w:cs="Times New Roman"/>
                <w:color w:val="000000"/>
                <w:sz w:val="24"/>
                <w:szCs w:val="32"/>
                <w:lang w:eastAsia="zh-TW"/>
              </w:rPr>
              <w:t>□</w:t>
            </w:r>
            <w:r w:rsidR="00CE6473" w:rsidRPr="00417772">
              <w:rPr>
                <w:rFonts w:eastAsia="標楷體" w:cs="Times New Roman"/>
                <w:color w:val="000000"/>
                <w:sz w:val="18"/>
                <w:lang w:eastAsia="zh-TW"/>
              </w:rPr>
              <w:t xml:space="preserve"> 4. </w:t>
            </w:r>
            <w:r w:rsidR="00CE6473" w:rsidRPr="00417772">
              <w:rPr>
                <w:rFonts w:eastAsia="標楷體" w:cs="Times New Roman"/>
                <w:color w:val="000000"/>
                <w:sz w:val="18"/>
                <w:lang w:eastAsia="zh-TW"/>
              </w:rPr>
              <w:t>食品生技與機能性食品開發</w:t>
            </w:r>
          </w:p>
          <w:p w14:paraId="1D1D5F1D" w14:textId="49CDBE1D" w:rsidR="00665951" w:rsidRPr="00417772" w:rsidRDefault="00AE0AD2">
            <w:pPr>
              <w:spacing w:after="40" w:line="264" w:lineRule="auto"/>
              <w:rPr>
                <w:rFonts w:eastAsia="標楷體" w:cs="Times New Roman"/>
              </w:rPr>
            </w:pPr>
            <w:r w:rsidRPr="00AE0AD2">
              <w:rPr>
                <w:rFonts w:eastAsia="標楷體" w:cs="Times New Roman"/>
                <w:color w:val="000000"/>
                <w:sz w:val="24"/>
                <w:szCs w:val="32"/>
                <w:lang w:eastAsia="zh-TW"/>
              </w:rPr>
              <w:t>□</w:t>
            </w:r>
            <w:proofErr w:type="spellStart"/>
            <w:r w:rsidR="00CE6473" w:rsidRPr="00417772">
              <w:rPr>
                <w:rFonts w:eastAsia="標楷體" w:cs="Times New Roman"/>
                <w:color w:val="000000"/>
                <w:sz w:val="18"/>
              </w:rPr>
              <w:t>其他相關主題</w:t>
            </w:r>
            <w:proofErr w:type="spellEnd"/>
            <w:r w:rsidR="00CE6473" w:rsidRPr="00417772">
              <w:rPr>
                <w:rFonts w:eastAsia="標楷體" w:cs="Times New Roman"/>
                <w:color w:val="000000"/>
                <w:sz w:val="18"/>
              </w:rPr>
              <w:t>：</w:t>
            </w:r>
            <w:r w:rsidR="00CE6473" w:rsidRPr="00417772">
              <w:rPr>
                <w:rFonts w:eastAsia="標楷體" w:cs="Times New Roman"/>
                <w:color w:val="000000"/>
                <w:sz w:val="18"/>
              </w:rPr>
              <w:t>____________________</w:t>
            </w:r>
          </w:p>
        </w:tc>
      </w:tr>
    </w:tbl>
    <w:p w14:paraId="6721B644" w14:textId="08C36A72" w:rsidR="00665951" w:rsidRPr="00417772" w:rsidRDefault="00000000">
      <w:pPr>
        <w:keepNext/>
        <w:spacing w:before="180" w:after="80" w:line="240" w:lineRule="auto"/>
        <w:rPr>
          <w:rFonts w:eastAsia="標楷體" w:cs="Times New Roman"/>
        </w:rPr>
      </w:pPr>
      <w:r w:rsidRPr="00417772">
        <w:rPr>
          <w:rFonts w:eastAsia="標楷體" w:cs="Times New Roman"/>
          <w:b/>
          <w:color w:val="000000"/>
          <w:sz w:val="25"/>
        </w:rPr>
        <w:t>Presentation Preference</w:t>
      </w:r>
      <w:r w:rsidRPr="00417772">
        <w:rPr>
          <w:rFonts w:eastAsia="標楷體" w:cs="Times New Roman"/>
          <w:color w:val="666666"/>
          <w:sz w:val="22"/>
        </w:rPr>
        <w:t xml:space="preserve">  </w:t>
      </w:r>
    </w:p>
    <w:tbl>
      <w:tblPr>
        <w:tblStyle w:val="aff2"/>
        <w:tblW w:w="0" w:type="auto"/>
        <w:tblLayout w:type="fixed"/>
        <w:tblLook w:val="04A0" w:firstRow="1" w:lastRow="0" w:firstColumn="1" w:lastColumn="0" w:noHBand="0" w:noVBand="1"/>
      </w:tblPr>
      <w:tblGrid>
        <w:gridCol w:w="2324"/>
        <w:gridCol w:w="7541"/>
      </w:tblGrid>
      <w:tr w:rsidR="00665951" w:rsidRPr="00417772" w14:paraId="2BA329B8" w14:textId="77777777">
        <w:trPr>
          <w:trHeight w:val="635"/>
        </w:trPr>
        <w:tc>
          <w:tcPr>
            <w:tcW w:w="2324" w:type="dxa"/>
            <w:tcBorders>
              <w:top w:val="single" w:sz="8" w:space="0" w:color="B7C9D6"/>
              <w:left w:val="single" w:sz="8" w:space="0" w:color="B7C9D6"/>
              <w:bottom w:val="single" w:sz="8" w:space="0" w:color="B7C9D6"/>
              <w:right w:val="single" w:sz="8" w:space="0" w:color="B7C9D6"/>
            </w:tcBorders>
            <w:shd w:val="clear" w:color="auto" w:fill="D9EAF7"/>
            <w:tcMar>
              <w:top w:w="80" w:type="dxa"/>
              <w:left w:w="115" w:type="dxa"/>
              <w:bottom w:w="80" w:type="dxa"/>
              <w:right w:w="115" w:type="dxa"/>
            </w:tcMar>
            <w:vAlign w:val="center"/>
          </w:tcPr>
          <w:p w14:paraId="135A2EEA" w14:textId="77777777" w:rsidR="00665951" w:rsidRPr="00417772" w:rsidRDefault="00000000">
            <w:pPr>
              <w:spacing w:line="264" w:lineRule="auto"/>
              <w:jc w:val="center"/>
              <w:rPr>
                <w:rFonts w:eastAsia="標楷體" w:cs="Times New Roman"/>
              </w:rPr>
            </w:pPr>
            <w:proofErr w:type="spellStart"/>
            <w:r w:rsidRPr="00417772">
              <w:rPr>
                <w:rFonts w:eastAsia="標楷體" w:cs="Times New Roman"/>
                <w:b/>
                <w:color w:val="000000"/>
                <w:sz w:val="19"/>
              </w:rPr>
              <w:t>發表類型</w:t>
            </w:r>
            <w:proofErr w:type="spellEnd"/>
            <w:r w:rsidRPr="00417772">
              <w:rPr>
                <w:rFonts w:eastAsia="標楷體" w:cs="Times New Roman"/>
                <w:b/>
                <w:color w:val="000000"/>
                <w:sz w:val="19"/>
              </w:rPr>
              <w:br/>
              <w:t>Presentation Preference</w:t>
            </w:r>
          </w:p>
        </w:tc>
        <w:tc>
          <w:tcPr>
            <w:tcW w:w="7541" w:type="dxa"/>
            <w:tcBorders>
              <w:top w:val="single" w:sz="8" w:space="0" w:color="B7C9D6"/>
              <w:left w:val="single" w:sz="8" w:space="0" w:color="B7C9D6"/>
              <w:bottom w:val="single" w:sz="8" w:space="0" w:color="B7C9D6"/>
              <w:right w:val="single" w:sz="8" w:space="0" w:color="B7C9D6"/>
            </w:tcBorders>
            <w:tcMar>
              <w:top w:w="80" w:type="dxa"/>
              <w:left w:w="115" w:type="dxa"/>
              <w:bottom w:w="80" w:type="dxa"/>
              <w:right w:w="115" w:type="dxa"/>
            </w:tcMar>
            <w:vAlign w:val="center"/>
          </w:tcPr>
          <w:p w14:paraId="05C6832E" w14:textId="3D7691C8" w:rsidR="00665951" w:rsidRPr="00417772" w:rsidRDefault="00000000">
            <w:pPr>
              <w:spacing w:line="264" w:lineRule="auto"/>
              <w:rPr>
                <w:rFonts w:eastAsia="標楷體" w:cs="Times New Roman"/>
              </w:rPr>
            </w:pPr>
            <w:r w:rsidRPr="00417772">
              <w:rPr>
                <w:rFonts w:eastAsia="標楷體" w:cs="Times New Roman"/>
                <w:color w:val="000000"/>
                <w:sz w:val="19"/>
              </w:rPr>
              <w:t xml:space="preserve"> </w:t>
            </w:r>
            <w:proofErr w:type="spellStart"/>
            <w:r w:rsidRPr="00417772">
              <w:rPr>
                <w:rFonts w:eastAsia="標楷體" w:cs="Times New Roman"/>
                <w:color w:val="000000"/>
                <w:sz w:val="19"/>
              </w:rPr>
              <w:t>海報發表</w:t>
            </w:r>
            <w:proofErr w:type="spellEnd"/>
            <w:r w:rsidRPr="00417772">
              <w:rPr>
                <w:rFonts w:eastAsia="標楷體" w:cs="Times New Roman"/>
                <w:color w:val="000000"/>
                <w:sz w:val="19"/>
              </w:rPr>
              <w:t xml:space="preserve"> Poster Presentation   </w:t>
            </w:r>
          </w:p>
        </w:tc>
      </w:tr>
    </w:tbl>
    <w:p w14:paraId="4586D78B" w14:textId="77777777" w:rsidR="00665951" w:rsidRPr="00417772" w:rsidRDefault="00000000">
      <w:pPr>
        <w:keepNext/>
        <w:spacing w:before="180" w:after="80" w:line="240" w:lineRule="auto"/>
        <w:rPr>
          <w:rFonts w:eastAsia="標楷體" w:cs="Times New Roman"/>
          <w:lang w:eastAsia="zh-TW"/>
        </w:rPr>
      </w:pPr>
      <w:r w:rsidRPr="00417772">
        <w:rPr>
          <w:rFonts w:eastAsia="標楷體" w:cs="Times New Roman"/>
          <w:b/>
          <w:color w:val="000000"/>
          <w:sz w:val="25"/>
          <w:lang w:eastAsia="zh-TW"/>
        </w:rPr>
        <w:t>Author Declaration</w:t>
      </w:r>
      <w:r w:rsidRPr="00417772">
        <w:rPr>
          <w:rFonts w:eastAsia="標楷體" w:cs="Times New Roman"/>
          <w:color w:val="666666"/>
          <w:sz w:val="22"/>
          <w:lang w:eastAsia="zh-TW"/>
        </w:rPr>
        <w:t xml:space="preserve">  </w:t>
      </w:r>
      <w:r w:rsidRPr="00AE0AD2">
        <w:rPr>
          <w:rFonts w:eastAsia="標楷體" w:cs="Times New Roman"/>
          <w:b/>
          <w:bCs/>
          <w:color w:val="EE0000"/>
          <w:sz w:val="22"/>
          <w:lang w:eastAsia="zh-TW"/>
        </w:rPr>
        <w:t>作者聲明</w:t>
      </w:r>
    </w:p>
    <w:p w14:paraId="6107C8BC" w14:textId="77777777" w:rsidR="00665951" w:rsidRPr="00417772" w:rsidRDefault="00000000">
      <w:pPr>
        <w:spacing w:after="120"/>
        <w:jc w:val="both"/>
        <w:rPr>
          <w:rFonts w:eastAsia="標楷體" w:cs="Times New Roman"/>
          <w:lang w:eastAsia="zh-TW"/>
        </w:rPr>
      </w:pPr>
      <w:r w:rsidRPr="00417772">
        <w:rPr>
          <w:rFonts w:eastAsia="標楷體" w:cs="Times New Roman"/>
          <w:color w:val="000000"/>
          <w:sz w:val="18"/>
          <w:lang w:eastAsia="zh-TW"/>
        </w:rPr>
        <w:t>本人確認所提交之內容為原創作品，所有作者均已同意投稿及作者排序；若論文獲接受，同意本會於活動相關出版品、網站或成果彙編中公開題目、作者及摘要資訊。</w:t>
      </w:r>
    </w:p>
    <w:tbl>
      <w:tblPr>
        <w:tblStyle w:val="aff2"/>
        <w:tblW w:w="0" w:type="auto"/>
        <w:tblLayout w:type="fixed"/>
        <w:tblLook w:val="04A0" w:firstRow="1" w:lastRow="0" w:firstColumn="1" w:lastColumn="0" w:noHBand="0" w:noVBand="1"/>
      </w:tblPr>
      <w:tblGrid>
        <w:gridCol w:w="4932"/>
        <w:gridCol w:w="4932"/>
      </w:tblGrid>
      <w:tr w:rsidR="00665951" w:rsidRPr="00417772" w14:paraId="301ED8A9" w14:textId="77777777">
        <w:trPr>
          <w:trHeight w:val="567"/>
        </w:trPr>
        <w:tc>
          <w:tcPr>
            <w:tcW w:w="4932" w:type="dxa"/>
            <w:tcBorders>
              <w:top w:val="single" w:sz="8" w:space="0" w:color="B7C9D6"/>
              <w:left w:val="single" w:sz="8" w:space="0" w:color="B7C9D6"/>
              <w:bottom w:val="single" w:sz="8" w:space="0" w:color="B7C9D6"/>
              <w:right w:val="single" w:sz="8" w:space="0" w:color="B7C9D6"/>
            </w:tcBorders>
            <w:tcMar>
              <w:top w:w="80" w:type="dxa"/>
              <w:left w:w="115" w:type="dxa"/>
              <w:bottom w:w="80" w:type="dxa"/>
              <w:right w:w="115" w:type="dxa"/>
            </w:tcMar>
            <w:vAlign w:val="center"/>
          </w:tcPr>
          <w:p w14:paraId="02ACBAF4" w14:textId="77777777" w:rsidR="00665951" w:rsidRPr="00417772" w:rsidRDefault="00000000">
            <w:pPr>
              <w:spacing w:line="264" w:lineRule="auto"/>
              <w:rPr>
                <w:rFonts w:eastAsia="標楷體" w:cs="Times New Roman"/>
                <w:lang w:eastAsia="zh-TW"/>
              </w:rPr>
            </w:pPr>
            <w:r w:rsidRPr="00417772">
              <w:rPr>
                <w:rFonts w:eastAsia="標楷體" w:cs="Times New Roman"/>
                <w:color w:val="000000"/>
                <w:sz w:val="19"/>
                <w:lang w:eastAsia="zh-TW"/>
              </w:rPr>
              <w:t>通訊作者簽名／姓名：</w:t>
            </w:r>
            <w:r w:rsidRPr="00417772">
              <w:rPr>
                <w:rFonts w:eastAsia="標楷體" w:cs="Times New Roman"/>
                <w:color w:val="000000"/>
                <w:sz w:val="19"/>
                <w:lang w:eastAsia="zh-TW"/>
              </w:rPr>
              <w:t>____________________________</w:t>
            </w:r>
          </w:p>
        </w:tc>
        <w:tc>
          <w:tcPr>
            <w:tcW w:w="4932" w:type="dxa"/>
            <w:tcBorders>
              <w:top w:val="single" w:sz="8" w:space="0" w:color="B7C9D6"/>
              <w:left w:val="single" w:sz="8" w:space="0" w:color="B7C9D6"/>
              <w:bottom w:val="single" w:sz="8" w:space="0" w:color="B7C9D6"/>
              <w:right w:val="single" w:sz="8" w:space="0" w:color="B7C9D6"/>
            </w:tcBorders>
            <w:tcMar>
              <w:top w:w="80" w:type="dxa"/>
              <w:left w:w="115" w:type="dxa"/>
              <w:bottom w:w="80" w:type="dxa"/>
              <w:right w:w="115" w:type="dxa"/>
            </w:tcMar>
            <w:vAlign w:val="center"/>
          </w:tcPr>
          <w:p w14:paraId="378CD046" w14:textId="77777777" w:rsidR="00665951" w:rsidRPr="00417772" w:rsidRDefault="00000000">
            <w:pPr>
              <w:spacing w:line="264" w:lineRule="auto"/>
              <w:rPr>
                <w:rFonts w:eastAsia="標楷體" w:cs="Times New Roman"/>
              </w:rPr>
            </w:pPr>
            <w:proofErr w:type="spellStart"/>
            <w:r w:rsidRPr="00417772">
              <w:rPr>
                <w:rFonts w:eastAsia="標楷體" w:cs="Times New Roman"/>
                <w:color w:val="000000"/>
                <w:sz w:val="19"/>
              </w:rPr>
              <w:t>填表日期</w:t>
            </w:r>
            <w:proofErr w:type="spellEnd"/>
            <w:r w:rsidRPr="00417772">
              <w:rPr>
                <w:rFonts w:eastAsia="標楷體" w:cs="Times New Roman"/>
                <w:color w:val="000000"/>
                <w:sz w:val="19"/>
              </w:rPr>
              <w:t>：</w:t>
            </w:r>
            <w:r w:rsidRPr="00417772">
              <w:rPr>
                <w:rFonts w:eastAsia="標楷體" w:cs="Times New Roman"/>
                <w:color w:val="000000"/>
                <w:sz w:val="19"/>
              </w:rPr>
              <w:t xml:space="preserve">______ </w:t>
            </w:r>
            <w:r w:rsidRPr="00417772">
              <w:rPr>
                <w:rFonts w:eastAsia="標楷體" w:cs="Times New Roman"/>
                <w:color w:val="000000"/>
                <w:sz w:val="19"/>
              </w:rPr>
              <w:t>年</w:t>
            </w:r>
            <w:r w:rsidRPr="00417772">
              <w:rPr>
                <w:rFonts w:eastAsia="標楷體" w:cs="Times New Roman"/>
                <w:color w:val="000000"/>
                <w:sz w:val="19"/>
              </w:rPr>
              <w:t xml:space="preserve"> ______ </w:t>
            </w:r>
            <w:r w:rsidRPr="00417772">
              <w:rPr>
                <w:rFonts w:eastAsia="標楷體" w:cs="Times New Roman"/>
                <w:color w:val="000000"/>
                <w:sz w:val="19"/>
              </w:rPr>
              <w:t>月</w:t>
            </w:r>
            <w:r w:rsidRPr="00417772">
              <w:rPr>
                <w:rFonts w:eastAsia="標楷體" w:cs="Times New Roman"/>
                <w:color w:val="000000"/>
                <w:sz w:val="19"/>
              </w:rPr>
              <w:t xml:space="preserve"> ______ </w:t>
            </w:r>
            <w:r w:rsidRPr="00417772">
              <w:rPr>
                <w:rFonts w:eastAsia="標楷體" w:cs="Times New Roman"/>
                <w:color w:val="000000"/>
                <w:sz w:val="19"/>
              </w:rPr>
              <w:t>日</w:t>
            </w:r>
          </w:p>
        </w:tc>
      </w:tr>
    </w:tbl>
    <w:p w14:paraId="2A6AA3F6" w14:textId="77777777" w:rsidR="00665951" w:rsidRPr="00417772" w:rsidRDefault="00665951">
      <w:pPr>
        <w:rPr>
          <w:rFonts w:eastAsia="標楷體" w:cs="Times New Roman"/>
          <w:lang w:eastAsia="zh-TW"/>
        </w:rPr>
        <w:sectPr w:rsidR="00665951" w:rsidRPr="00417772">
          <w:pgSz w:w="11906" w:h="16838"/>
          <w:pgMar w:top="935" w:right="907" w:bottom="822" w:left="907" w:header="198" w:footer="312" w:gutter="0"/>
          <w:cols w:space="720"/>
          <w:docGrid w:linePitch="360"/>
        </w:sectPr>
      </w:pPr>
    </w:p>
    <w:p w14:paraId="0ED94E84" w14:textId="77777777" w:rsidR="00AE0AD2" w:rsidRDefault="00AE0AD2" w:rsidP="00417772">
      <w:pPr>
        <w:spacing w:after="0" w:line="240" w:lineRule="auto"/>
        <w:jc w:val="center"/>
        <w:rPr>
          <w:rFonts w:eastAsia="標楷體" w:cs="Times New Roman"/>
          <w:b/>
          <w:iCs/>
          <w:noProof/>
          <w:sz w:val="28"/>
          <w:szCs w:val="28"/>
        </w:rPr>
      </w:pPr>
    </w:p>
    <w:p w14:paraId="6CE3F832" w14:textId="3D0BF596" w:rsidR="00417772" w:rsidRPr="00417772" w:rsidRDefault="00417772" w:rsidP="00417772">
      <w:pPr>
        <w:spacing w:after="0" w:line="240" w:lineRule="auto"/>
        <w:jc w:val="center"/>
        <w:rPr>
          <w:rFonts w:eastAsia="標楷體" w:cs="Times New Roman"/>
          <w:b/>
          <w:bCs/>
          <w:sz w:val="32"/>
          <w:szCs w:val="32"/>
          <w:lang w:eastAsia="zh-TW"/>
        </w:rPr>
      </w:pPr>
      <w:r w:rsidRPr="00417772">
        <w:rPr>
          <w:rFonts w:eastAsia="標楷體" w:cs="Times New Roman"/>
          <w:b/>
          <w:iCs/>
          <w:noProof/>
          <w:sz w:val="28"/>
          <w:szCs w:val="28"/>
        </w:rPr>
        <w:t xml:space="preserve">The Title of Your </w:t>
      </w:r>
      <w:r w:rsidRPr="00417772">
        <w:rPr>
          <w:rFonts w:eastAsia="標楷體" w:cs="Times New Roman"/>
          <w:b/>
          <w:iCs/>
          <w:noProof/>
          <w:sz w:val="28"/>
          <w:szCs w:val="28"/>
          <w:lang w:eastAsia="zh-TW"/>
        </w:rPr>
        <w:t>Paper (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14"/>
          <w:attr w:name="UnitName" w:val="pt"/>
        </w:smartTagPr>
        <w:r w:rsidRPr="00417772">
          <w:rPr>
            <w:rFonts w:eastAsia="標楷體" w:cs="Times New Roman"/>
            <w:b/>
            <w:iCs/>
            <w:noProof/>
            <w:sz w:val="28"/>
            <w:szCs w:val="28"/>
            <w:lang w:eastAsia="zh-TW"/>
          </w:rPr>
          <w:t>14pt</w:t>
        </w:r>
      </w:smartTag>
      <w:r w:rsidRPr="00417772">
        <w:rPr>
          <w:rFonts w:eastAsia="標楷體" w:cs="Times New Roman"/>
          <w:b/>
          <w:iCs/>
          <w:noProof/>
          <w:sz w:val="28"/>
          <w:szCs w:val="28"/>
          <w:lang w:eastAsia="zh-TW"/>
        </w:rPr>
        <w:t xml:space="preserve"> Times New Roman, Bold, Centered)</w:t>
      </w:r>
    </w:p>
    <w:p w14:paraId="00B57733" w14:textId="77777777" w:rsidR="00417772" w:rsidRPr="00417772" w:rsidRDefault="00417772" w:rsidP="00417772">
      <w:pPr>
        <w:widowControl w:val="0"/>
        <w:spacing w:after="0" w:line="240" w:lineRule="auto"/>
        <w:jc w:val="center"/>
        <w:rPr>
          <w:rFonts w:eastAsia="標楷體" w:cs="Times New Roman"/>
          <w:b/>
          <w:kern w:val="2"/>
          <w:sz w:val="24"/>
          <w:szCs w:val="24"/>
          <w:lang w:eastAsia="zh-TW"/>
        </w:rPr>
      </w:pPr>
    </w:p>
    <w:p w14:paraId="4CAA9BB2" w14:textId="77777777" w:rsidR="00417772" w:rsidRPr="00417772" w:rsidRDefault="00417772" w:rsidP="00417772">
      <w:pPr>
        <w:widowControl w:val="0"/>
        <w:spacing w:after="0" w:line="240" w:lineRule="auto"/>
        <w:jc w:val="center"/>
        <w:rPr>
          <w:rFonts w:eastAsia="標楷體" w:cs="Times New Roman"/>
          <w:b/>
          <w:kern w:val="2"/>
          <w:sz w:val="24"/>
          <w:szCs w:val="24"/>
          <w:lang w:eastAsia="zh-TW"/>
        </w:rPr>
      </w:pPr>
      <w:r w:rsidRPr="00417772">
        <w:rPr>
          <w:rFonts w:eastAsia="標楷體" w:cs="Times New Roman"/>
          <w:b/>
          <w:kern w:val="2"/>
          <w:sz w:val="24"/>
          <w:szCs w:val="24"/>
          <w:lang w:eastAsia="zh-TW"/>
        </w:rPr>
        <w:t>Authors’ name</w:t>
      </w:r>
      <w:r w:rsidRPr="00417772">
        <w:rPr>
          <w:rFonts w:eastAsia="標楷體" w:cs="Times New Roman"/>
          <w:b/>
          <w:kern w:val="2"/>
          <w:sz w:val="24"/>
          <w:szCs w:val="24"/>
          <w:vertAlign w:val="superscript"/>
          <w:lang w:eastAsia="zh-TW"/>
        </w:rPr>
        <w:t>1</w:t>
      </w:r>
      <w:r w:rsidRPr="00417772">
        <w:rPr>
          <w:rFonts w:eastAsia="標楷體" w:cs="Times New Roman"/>
          <w:b/>
          <w:kern w:val="2"/>
          <w:sz w:val="24"/>
          <w:szCs w:val="24"/>
          <w:lang w:eastAsia="zh-TW"/>
        </w:rPr>
        <w:t>, Authors’ name</w:t>
      </w:r>
      <w:r w:rsidRPr="00417772">
        <w:rPr>
          <w:rFonts w:eastAsia="標楷體" w:cs="Times New Roman"/>
          <w:b/>
          <w:kern w:val="2"/>
          <w:sz w:val="24"/>
          <w:szCs w:val="24"/>
          <w:vertAlign w:val="superscript"/>
          <w:lang w:eastAsia="zh-TW"/>
        </w:rPr>
        <w:t>2</w:t>
      </w:r>
      <w:r w:rsidRPr="00417772">
        <w:rPr>
          <w:rFonts w:eastAsia="標楷體" w:cs="Times New Roman"/>
          <w:b/>
          <w:kern w:val="2"/>
          <w:sz w:val="24"/>
          <w:szCs w:val="24"/>
          <w:lang w:eastAsia="zh-TW"/>
        </w:rPr>
        <w:t>* (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12"/>
          <w:attr w:name="UnitName" w:val="pt"/>
        </w:smartTagPr>
        <w:r w:rsidRPr="00417772">
          <w:rPr>
            <w:rFonts w:eastAsia="標楷體" w:cs="Times New Roman"/>
            <w:b/>
            <w:kern w:val="2"/>
            <w:sz w:val="24"/>
            <w:szCs w:val="24"/>
            <w:lang w:eastAsia="zh-TW"/>
          </w:rPr>
          <w:t>12pt</w:t>
        </w:r>
      </w:smartTag>
      <w:r w:rsidRPr="00417772">
        <w:rPr>
          <w:rFonts w:eastAsia="標楷體" w:cs="Times New Roman"/>
          <w:b/>
          <w:kern w:val="2"/>
          <w:sz w:val="24"/>
          <w:szCs w:val="24"/>
          <w:lang w:eastAsia="zh-TW"/>
        </w:rPr>
        <w:t xml:space="preserve"> Times New Roman, bold, centered)</w:t>
      </w:r>
    </w:p>
    <w:p w14:paraId="4823D009" w14:textId="77777777" w:rsidR="00417772" w:rsidRPr="00417772" w:rsidRDefault="00417772" w:rsidP="00417772">
      <w:pPr>
        <w:widowControl w:val="0"/>
        <w:spacing w:after="0" w:line="240" w:lineRule="auto"/>
        <w:jc w:val="center"/>
        <w:rPr>
          <w:rFonts w:eastAsia="標楷體" w:cs="Times New Roman"/>
          <w:kern w:val="2"/>
          <w:sz w:val="24"/>
          <w:szCs w:val="24"/>
          <w:lang w:eastAsia="zh-TW"/>
        </w:rPr>
      </w:pPr>
      <w:r w:rsidRPr="00417772">
        <w:rPr>
          <w:rFonts w:eastAsia="標楷體" w:cs="Times New Roman"/>
          <w:kern w:val="2"/>
          <w:sz w:val="24"/>
          <w:szCs w:val="24"/>
          <w:vertAlign w:val="superscript"/>
          <w:lang w:eastAsia="zh-TW"/>
        </w:rPr>
        <w:t>1</w:t>
      </w:r>
      <w:r w:rsidRPr="00417772">
        <w:rPr>
          <w:rFonts w:eastAsia="標楷體" w:cs="Times New Roman"/>
          <w:kern w:val="2"/>
          <w:sz w:val="24"/>
          <w:szCs w:val="24"/>
          <w:lang w:eastAsia="zh-TW"/>
        </w:rPr>
        <w:t xml:space="preserve">Author’s </w:t>
      </w:r>
      <w:r w:rsidRPr="00417772">
        <w:rPr>
          <w:rFonts w:eastAsia="標楷體" w:cs="Times New Roman"/>
          <w:spacing w:val="-2"/>
          <w:kern w:val="2"/>
          <w:sz w:val="24"/>
          <w:szCs w:val="24"/>
          <w:lang w:eastAsia="zh-TW"/>
        </w:rPr>
        <w:t>affiliation</w:t>
      </w:r>
      <w:r w:rsidRPr="00417772">
        <w:rPr>
          <w:rFonts w:eastAsia="標楷體" w:cs="Times New Roman"/>
          <w:kern w:val="2"/>
          <w:sz w:val="24"/>
          <w:szCs w:val="24"/>
          <w:lang w:eastAsia="zh-TW"/>
        </w:rPr>
        <w:t xml:space="preserve"> (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12"/>
          <w:attr w:name="UnitName" w:val="pt"/>
        </w:smartTagPr>
        <w:r w:rsidRPr="00417772">
          <w:rPr>
            <w:rFonts w:eastAsia="標楷體" w:cs="Times New Roman"/>
            <w:kern w:val="2"/>
            <w:sz w:val="24"/>
            <w:szCs w:val="24"/>
            <w:lang w:eastAsia="zh-TW"/>
          </w:rPr>
          <w:t>12pt</w:t>
        </w:r>
      </w:smartTag>
      <w:r w:rsidRPr="00417772">
        <w:rPr>
          <w:rFonts w:eastAsia="標楷體" w:cs="Times New Roman"/>
          <w:kern w:val="2"/>
          <w:sz w:val="24"/>
          <w:szCs w:val="24"/>
          <w:lang w:eastAsia="zh-TW"/>
        </w:rPr>
        <w:t xml:space="preserve"> Times New Roman, centered)</w:t>
      </w:r>
    </w:p>
    <w:p w14:paraId="20F0BC71" w14:textId="77777777" w:rsidR="00417772" w:rsidRPr="00417772" w:rsidRDefault="00417772" w:rsidP="00417772">
      <w:pPr>
        <w:widowControl w:val="0"/>
        <w:spacing w:after="0" w:line="240" w:lineRule="auto"/>
        <w:jc w:val="center"/>
        <w:rPr>
          <w:rFonts w:eastAsia="標楷體" w:cs="Times New Roman"/>
          <w:kern w:val="2"/>
          <w:sz w:val="24"/>
          <w:szCs w:val="24"/>
          <w:lang w:eastAsia="zh-TW"/>
        </w:rPr>
      </w:pPr>
      <w:r w:rsidRPr="00417772">
        <w:rPr>
          <w:rFonts w:eastAsia="標楷體" w:cs="Times New Roman"/>
          <w:kern w:val="2"/>
          <w:sz w:val="24"/>
          <w:szCs w:val="24"/>
          <w:vertAlign w:val="superscript"/>
          <w:lang w:eastAsia="zh-TW"/>
        </w:rPr>
        <w:t xml:space="preserve">2 </w:t>
      </w:r>
      <w:r w:rsidRPr="00417772">
        <w:rPr>
          <w:rFonts w:eastAsia="標楷體" w:cs="Times New Roman"/>
          <w:kern w:val="2"/>
          <w:sz w:val="24"/>
          <w:szCs w:val="24"/>
          <w:lang w:eastAsia="zh-TW"/>
        </w:rPr>
        <w:t xml:space="preserve">Author’s </w:t>
      </w:r>
      <w:r w:rsidRPr="00417772">
        <w:rPr>
          <w:rFonts w:eastAsia="標楷體" w:cs="Times New Roman"/>
          <w:spacing w:val="-2"/>
          <w:kern w:val="2"/>
          <w:sz w:val="24"/>
          <w:szCs w:val="24"/>
          <w:lang w:eastAsia="zh-TW"/>
        </w:rPr>
        <w:t>affiliation</w:t>
      </w:r>
      <w:r w:rsidRPr="00417772">
        <w:rPr>
          <w:rFonts w:eastAsia="標楷體" w:cs="Times New Roman"/>
          <w:kern w:val="2"/>
          <w:sz w:val="24"/>
          <w:szCs w:val="24"/>
          <w:lang w:eastAsia="zh-TW"/>
        </w:rPr>
        <w:t xml:space="preserve"> (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12"/>
          <w:attr w:name="UnitName" w:val="pt"/>
        </w:smartTagPr>
        <w:r w:rsidRPr="00417772">
          <w:rPr>
            <w:rFonts w:eastAsia="標楷體" w:cs="Times New Roman"/>
            <w:kern w:val="2"/>
            <w:sz w:val="24"/>
            <w:szCs w:val="24"/>
            <w:lang w:eastAsia="zh-TW"/>
          </w:rPr>
          <w:t>12pt</w:t>
        </w:r>
      </w:smartTag>
      <w:r w:rsidRPr="00417772">
        <w:rPr>
          <w:rFonts w:eastAsia="標楷體" w:cs="Times New Roman"/>
          <w:kern w:val="2"/>
          <w:sz w:val="24"/>
          <w:szCs w:val="24"/>
          <w:lang w:eastAsia="zh-TW"/>
        </w:rPr>
        <w:t xml:space="preserve"> Times New Roman, centered)</w:t>
      </w:r>
    </w:p>
    <w:p w14:paraId="4E7A065A" w14:textId="77777777" w:rsidR="00417772" w:rsidRPr="00417772" w:rsidRDefault="00417772" w:rsidP="00417772">
      <w:pPr>
        <w:widowControl w:val="0"/>
        <w:spacing w:after="0" w:line="240" w:lineRule="auto"/>
        <w:rPr>
          <w:rFonts w:eastAsia="標楷體" w:cs="Times New Roman"/>
          <w:kern w:val="2"/>
          <w:sz w:val="24"/>
          <w:szCs w:val="24"/>
          <w:lang w:eastAsia="zh-TW"/>
        </w:rPr>
      </w:pPr>
    </w:p>
    <w:p w14:paraId="3A529997" w14:textId="77777777" w:rsidR="00417772" w:rsidRPr="00417772" w:rsidRDefault="00417772" w:rsidP="00417772">
      <w:pPr>
        <w:widowControl w:val="0"/>
        <w:spacing w:after="0" w:line="240" w:lineRule="auto"/>
        <w:jc w:val="center"/>
        <w:rPr>
          <w:rFonts w:eastAsia="標楷體" w:cs="Times New Roman"/>
          <w:b/>
          <w:kern w:val="2"/>
          <w:sz w:val="24"/>
          <w:szCs w:val="24"/>
          <w:lang w:eastAsia="zh-TW"/>
        </w:rPr>
      </w:pPr>
      <w:r w:rsidRPr="00417772">
        <w:rPr>
          <w:rFonts w:eastAsia="標楷體" w:cs="Times New Roman"/>
          <w:b/>
          <w:kern w:val="2"/>
          <w:sz w:val="24"/>
          <w:szCs w:val="24"/>
          <w:lang w:eastAsia="zh-TW"/>
        </w:rPr>
        <w:t xml:space="preserve">Abstract </w:t>
      </w:r>
      <w:r w:rsidRPr="00417772">
        <w:rPr>
          <w:rFonts w:eastAsia="標楷體" w:cs="Times New Roman"/>
          <w:b/>
          <w:bCs/>
          <w:kern w:val="2"/>
          <w:sz w:val="24"/>
          <w:szCs w:val="24"/>
          <w:lang w:eastAsia="zh-TW"/>
        </w:rPr>
        <w:t>(12pt Times New Roman, Bold, Centered)</w:t>
      </w:r>
    </w:p>
    <w:p w14:paraId="0DDB091B" w14:textId="631D5722" w:rsidR="00417772" w:rsidRPr="00417772" w:rsidRDefault="00417772" w:rsidP="00417772">
      <w:pPr>
        <w:widowControl w:val="0"/>
        <w:spacing w:after="0" w:line="240" w:lineRule="auto"/>
        <w:ind w:firstLineChars="200" w:firstLine="480"/>
        <w:jc w:val="both"/>
        <w:rPr>
          <w:rFonts w:eastAsia="標楷體" w:cs="Times New Roman"/>
          <w:kern w:val="2"/>
          <w:sz w:val="24"/>
          <w:szCs w:val="24"/>
          <w:lang w:eastAsia="zh-TW"/>
        </w:rPr>
      </w:pPr>
      <w:r w:rsidRPr="00417772">
        <w:rPr>
          <w:rFonts w:eastAsia="標楷體" w:cs="Times New Roman"/>
          <w:kern w:val="2"/>
          <w:sz w:val="24"/>
          <w:szCs w:val="24"/>
          <w:lang w:eastAsia="zh-TW"/>
        </w:rPr>
        <w:t xml:space="preserve">Please use 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12"/>
          <w:attr w:name="UnitName" w:val="pt"/>
        </w:smartTagPr>
        <w:r w:rsidRPr="00417772">
          <w:rPr>
            <w:rFonts w:eastAsia="標楷體" w:cs="Times New Roman"/>
            <w:kern w:val="2"/>
            <w:sz w:val="24"/>
            <w:szCs w:val="24"/>
            <w:lang w:eastAsia="zh-TW"/>
          </w:rPr>
          <w:t>12pt</w:t>
        </w:r>
      </w:smartTag>
      <w:r w:rsidRPr="00417772">
        <w:rPr>
          <w:rFonts w:eastAsia="標楷體" w:cs="Times New Roman"/>
          <w:kern w:val="2"/>
          <w:sz w:val="24"/>
          <w:szCs w:val="24"/>
          <w:lang w:eastAsia="zh-TW"/>
        </w:rPr>
        <w:t xml:space="preserve"> Times New Roman for your text. (English abstract:</w:t>
      </w:r>
      <w:r w:rsidR="004F4832">
        <w:rPr>
          <w:rFonts w:eastAsia="標楷體" w:cs="Times New Roman" w:hint="eastAsia"/>
          <w:kern w:val="2"/>
          <w:sz w:val="24"/>
          <w:szCs w:val="24"/>
          <w:lang w:eastAsia="zh-TW"/>
        </w:rPr>
        <w:t>300</w:t>
      </w:r>
      <w:r w:rsidRPr="00417772">
        <w:rPr>
          <w:rFonts w:eastAsia="標楷體" w:cs="Times New Roman"/>
          <w:kern w:val="2"/>
          <w:sz w:val="24"/>
          <w:szCs w:val="24"/>
          <w:lang w:eastAsia="zh-TW"/>
        </w:rPr>
        <w:t xml:space="preserve"> words max.) </w:t>
      </w:r>
    </w:p>
    <w:p w14:paraId="26F8FCB8" w14:textId="77777777" w:rsidR="00417772" w:rsidRPr="00417772" w:rsidRDefault="00417772" w:rsidP="00417772">
      <w:pPr>
        <w:widowControl w:val="0"/>
        <w:spacing w:after="0" w:line="240" w:lineRule="auto"/>
        <w:jc w:val="both"/>
        <w:rPr>
          <w:rFonts w:eastAsia="標楷體" w:cs="Times New Roman"/>
          <w:kern w:val="2"/>
          <w:sz w:val="24"/>
          <w:szCs w:val="24"/>
          <w:lang w:eastAsia="zh-TW"/>
        </w:rPr>
      </w:pPr>
    </w:p>
    <w:p w14:paraId="3903E341" w14:textId="77777777" w:rsidR="00417772" w:rsidRPr="00417772" w:rsidRDefault="00417772" w:rsidP="00417772">
      <w:pPr>
        <w:widowControl w:val="0"/>
        <w:spacing w:after="0" w:line="240" w:lineRule="auto"/>
        <w:jc w:val="both"/>
        <w:rPr>
          <w:rFonts w:eastAsia="標楷體" w:cs="Times New Roman"/>
          <w:kern w:val="2"/>
          <w:sz w:val="24"/>
          <w:szCs w:val="24"/>
          <w:lang w:eastAsia="zh-TW"/>
        </w:rPr>
      </w:pPr>
    </w:p>
    <w:p w14:paraId="6532083B" w14:textId="77777777" w:rsidR="00417772" w:rsidRPr="00417772" w:rsidRDefault="00417772" w:rsidP="00417772">
      <w:pPr>
        <w:widowControl w:val="0"/>
        <w:spacing w:after="0" w:line="240" w:lineRule="auto"/>
        <w:jc w:val="both"/>
        <w:rPr>
          <w:rFonts w:eastAsia="標楷體" w:cs="Times New Roman"/>
          <w:kern w:val="2"/>
          <w:sz w:val="24"/>
          <w:szCs w:val="24"/>
          <w:lang w:eastAsia="zh-TW"/>
        </w:rPr>
      </w:pPr>
    </w:p>
    <w:p w14:paraId="4B72B48C" w14:textId="77777777" w:rsidR="00417772" w:rsidRPr="00417772" w:rsidRDefault="00417772" w:rsidP="00417772">
      <w:pPr>
        <w:widowControl w:val="0"/>
        <w:spacing w:after="0" w:line="240" w:lineRule="auto"/>
        <w:jc w:val="both"/>
        <w:rPr>
          <w:rFonts w:eastAsia="標楷體" w:cs="Times New Roman"/>
          <w:kern w:val="2"/>
          <w:sz w:val="24"/>
          <w:szCs w:val="24"/>
          <w:lang w:eastAsia="zh-TW"/>
        </w:rPr>
      </w:pPr>
    </w:p>
    <w:p w14:paraId="0A853508" w14:textId="77777777" w:rsidR="00417772" w:rsidRPr="00417772" w:rsidRDefault="00417772" w:rsidP="00417772">
      <w:pPr>
        <w:widowControl w:val="0"/>
        <w:spacing w:after="0" w:line="240" w:lineRule="auto"/>
        <w:jc w:val="both"/>
        <w:rPr>
          <w:rFonts w:eastAsia="標楷體" w:cs="Times New Roman"/>
          <w:kern w:val="2"/>
          <w:sz w:val="24"/>
          <w:szCs w:val="24"/>
          <w:lang w:eastAsia="zh-TW"/>
        </w:rPr>
      </w:pPr>
    </w:p>
    <w:p w14:paraId="3350230A" w14:textId="77777777" w:rsidR="00417772" w:rsidRPr="00417772" w:rsidRDefault="00417772" w:rsidP="00417772">
      <w:pPr>
        <w:widowControl w:val="0"/>
        <w:spacing w:after="0" w:line="240" w:lineRule="auto"/>
        <w:jc w:val="both"/>
        <w:rPr>
          <w:rFonts w:eastAsia="標楷體" w:cs="Times New Roman"/>
          <w:kern w:val="2"/>
          <w:sz w:val="24"/>
          <w:szCs w:val="24"/>
          <w:lang w:eastAsia="zh-TW"/>
        </w:rPr>
      </w:pPr>
    </w:p>
    <w:p w14:paraId="245CF3C7" w14:textId="77777777" w:rsidR="00417772" w:rsidRPr="00417772" w:rsidRDefault="00417772" w:rsidP="00417772">
      <w:pPr>
        <w:widowControl w:val="0"/>
        <w:spacing w:after="0" w:line="240" w:lineRule="auto"/>
        <w:jc w:val="both"/>
        <w:rPr>
          <w:rFonts w:eastAsia="標楷體" w:cs="Times New Roman"/>
          <w:kern w:val="2"/>
          <w:sz w:val="24"/>
          <w:szCs w:val="24"/>
          <w:lang w:eastAsia="zh-TW"/>
        </w:rPr>
      </w:pPr>
    </w:p>
    <w:p w14:paraId="1D00D52A" w14:textId="77777777" w:rsidR="00417772" w:rsidRPr="00417772" w:rsidRDefault="00417772" w:rsidP="00417772">
      <w:pPr>
        <w:widowControl w:val="0"/>
        <w:spacing w:after="0" w:line="240" w:lineRule="auto"/>
        <w:jc w:val="both"/>
        <w:rPr>
          <w:rFonts w:eastAsia="標楷體" w:cs="Times New Roman"/>
          <w:kern w:val="2"/>
          <w:sz w:val="24"/>
          <w:szCs w:val="24"/>
          <w:lang w:eastAsia="zh-TW"/>
        </w:rPr>
      </w:pPr>
    </w:p>
    <w:p w14:paraId="43FE64C1" w14:textId="77777777" w:rsidR="00417772" w:rsidRPr="00417772" w:rsidRDefault="00417772" w:rsidP="00417772">
      <w:pPr>
        <w:widowControl w:val="0"/>
        <w:spacing w:after="0" w:line="240" w:lineRule="auto"/>
        <w:jc w:val="both"/>
        <w:rPr>
          <w:rFonts w:eastAsia="標楷體" w:cs="Times New Roman"/>
          <w:kern w:val="2"/>
          <w:sz w:val="24"/>
          <w:szCs w:val="24"/>
          <w:lang w:eastAsia="zh-TW"/>
        </w:rPr>
      </w:pPr>
    </w:p>
    <w:p w14:paraId="116C184F" w14:textId="77777777" w:rsidR="00417772" w:rsidRDefault="00417772" w:rsidP="00417772">
      <w:pPr>
        <w:widowControl w:val="0"/>
        <w:tabs>
          <w:tab w:val="left" w:pos="567"/>
        </w:tabs>
        <w:spacing w:after="0" w:line="240" w:lineRule="auto"/>
        <w:rPr>
          <w:rFonts w:eastAsia="標楷體" w:cs="Times New Roman"/>
          <w:bCs/>
          <w:kern w:val="2"/>
          <w:sz w:val="24"/>
          <w:szCs w:val="24"/>
          <w:lang w:eastAsia="zh-TW"/>
        </w:rPr>
      </w:pPr>
      <w:r w:rsidRPr="00417772">
        <w:rPr>
          <w:rFonts w:eastAsia="標楷體" w:cs="Times New Roman"/>
          <w:b/>
          <w:bCs/>
          <w:kern w:val="2"/>
          <w:sz w:val="24"/>
          <w:szCs w:val="24"/>
          <w:lang w:eastAsia="zh-TW"/>
        </w:rPr>
        <w:t>Keywords (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12"/>
          <w:attr w:name="UnitName" w:val="pt"/>
        </w:smartTagPr>
        <w:r w:rsidRPr="00417772">
          <w:rPr>
            <w:rFonts w:eastAsia="標楷體" w:cs="Times New Roman"/>
            <w:b/>
            <w:bCs/>
            <w:kern w:val="2"/>
            <w:sz w:val="24"/>
            <w:szCs w:val="24"/>
            <w:lang w:eastAsia="zh-TW"/>
          </w:rPr>
          <w:t>12pt</w:t>
        </w:r>
      </w:smartTag>
      <w:r w:rsidRPr="00417772">
        <w:rPr>
          <w:rFonts w:eastAsia="標楷體" w:cs="Times New Roman"/>
          <w:b/>
          <w:bCs/>
          <w:kern w:val="2"/>
          <w:sz w:val="24"/>
          <w:szCs w:val="24"/>
          <w:lang w:eastAsia="zh-TW"/>
        </w:rPr>
        <w:t xml:space="preserve"> Times New Roman, Bold): </w:t>
      </w:r>
      <w:r w:rsidRPr="00417772">
        <w:rPr>
          <w:rFonts w:eastAsia="標楷體" w:cs="Times New Roman"/>
          <w:bCs/>
          <w:kern w:val="2"/>
          <w:sz w:val="24"/>
          <w:szCs w:val="24"/>
          <w:lang w:eastAsia="zh-TW"/>
        </w:rPr>
        <w:t>No more than 6 keywords.</w:t>
      </w:r>
      <w:r w:rsidRPr="00417772">
        <w:rPr>
          <w:rFonts w:eastAsia="標楷體" w:cs="Times New Roman"/>
          <w:b/>
          <w:bCs/>
          <w:kern w:val="2"/>
          <w:sz w:val="24"/>
          <w:szCs w:val="24"/>
          <w:lang w:eastAsia="zh-TW"/>
        </w:rPr>
        <w:t xml:space="preserve"> </w:t>
      </w:r>
      <w:r w:rsidRPr="00417772">
        <w:rPr>
          <w:rFonts w:eastAsia="標楷體" w:cs="Times New Roman"/>
          <w:bCs/>
          <w:kern w:val="2"/>
          <w:sz w:val="24"/>
          <w:szCs w:val="24"/>
          <w:lang w:eastAsia="zh-TW"/>
        </w:rPr>
        <w:t>(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12"/>
          <w:attr w:name="UnitName" w:val="pt"/>
        </w:smartTagPr>
        <w:r w:rsidRPr="00417772">
          <w:rPr>
            <w:rFonts w:eastAsia="標楷體" w:cs="Times New Roman"/>
            <w:bCs/>
            <w:kern w:val="2"/>
            <w:sz w:val="24"/>
            <w:szCs w:val="24"/>
            <w:lang w:eastAsia="zh-TW"/>
          </w:rPr>
          <w:t>12pt</w:t>
        </w:r>
      </w:smartTag>
      <w:r w:rsidRPr="00417772">
        <w:rPr>
          <w:rFonts w:eastAsia="標楷體" w:cs="Times New Roman"/>
          <w:bCs/>
          <w:kern w:val="2"/>
          <w:sz w:val="24"/>
          <w:szCs w:val="24"/>
          <w:lang w:eastAsia="zh-TW"/>
        </w:rPr>
        <w:t xml:space="preserve"> Times New Roman)</w:t>
      </w:r>
    </w:p>
    <w:p w14:paraId="7AED3A28" w14:textId="77777777" w:rsidR="00417772" w:rsidRPr="00417772" w:rsidRDefault="00417772" w:rsidP="00417772">
      <w:pPr>
        <w:widowControl w:val="0"/>
        <w:spacing w:after="0" w:line="240" w:lineRule="auto"/>
        <w:rPr>
          <w:rFonts w:eastAsia="標楷體" w:cs="Times New Roman"/>
          <w:kern w:val="2"/>
          <w:sz w:val="24"/>
          <w:szCs w:val="24"/>
          <w:lang w:eastAsia="zh-TW"/>
        </w:rPr>
      </w:pPr>
      <w:r w:rsidRPr="00417772">
        <w:rPr>
          <w:rFonts w:eastAsia="標楷體" w:cs="Times New Roman"/>
          <w:kern w:val="2"/>
          <w:sz w:val="24"/>
          <w:szCs w:val="24"/>
          <w:lang w:eastAsia="zh-TW"/>
        </w:rPr>
        <w:t>*Corresponding author</w:t>
      </w:r>
      <w:r w:rsidRPr="00417772">
        <w:rPr>
          <w:rFonts w:eastAsia="標楷體" w:cs="Times New Roman"/>
          <w:kern w:val="2"/>
          <w:sz w:val="24"/>
          <w:szCs w:val="24"/>
          <w:lang w:eastAsia="zh-HK"/>
        </w:rPr>
        <w:t>.</w:t>
      </w:r>
      <w:r w:rsidRPr="00417772">
        <w:rPr>
          <w:rFonts w:eastAsia="標楷體" w:cs="Times New Roman"/>
          <w:kern w:val="2"/>
          <w:sz w:val="24"/>
          <w:szCs w:val="24"/>
          <w:lang w:eastAsia="zh-TW"/>
        </w:rPr>
        <w:t xml:space="preserve"> </w:t>
      </w:r>
    </w:p>
    <w:p w14:paraId="79DCF7DB" w14:textId="77777777" w:rsidR="00417772" w:rsidRPr="00417772" w:rsidRDefault="00417772" w:rsidP="00417772">
      <w:pPr>
        <w:widowControl w:val="0"/>
        <w:spacing w:after="0" w:line="240" w:lineRule="auto"/>
        <w:jc w:val="center"/>
        <w:rPr>
          <w:rFonts w:eastAsia="標楷體" w:cs="Times New Roman"/>
          <w:kern w:val="2"/>
          <w:sz w:val="20"/>
          <w:szCs w:val="20"/>
          <w:lang w:eastAsia="zh-TW"/>
        </w:rPr>
      </w:pPr>
    </w:p>
    <w:p w14:paraId="546EE9C9" w14:textId="3CABB056" w:rsidR="00665951" w:rsidRPr="00417772" w:rsidRDefault="00665951" w:rsidP="00417772">
      <w:pPr>
        <w:spacing w:before="120" w:after="40" w:line="240" w:lineRule="auto"/>
        <w:jc w:val="center"/>
        <w:rPr>
          <w:rFonts w:eastAsia="標楷體" w:cs="Times New Roman"/>
        </w:rPr>
      </w:pPr>
    </w:p>
    <w:sectPr w:rsidR="00665951" w:rsidRPr="00417772" w:rsidSect="00417772">
      <w:headerReference w:type="default" r:id="rId11"/>
      <w:footerReference w:type="default" r:id="rId12"/>
      <w:pgSz w:w="11906" w:h="16838"/>
      <w:pgMar w:top="1440" w:right="1080" w:bottom="1440" w:left="1080" w:header="624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609922" w14:textId="77777777" w:rsidR="00382506" w:rsidRDefault="00382506">
      <w:pPr>
        <w:spacing w:after="0" w:line="240" w:lineRule="auto"/>
      </w:pPr>
      <w:r>
        <w:separator/>
      </w:r>
    </w:p>
  </w:endnote>
  <w:endnote w:type="continuationSeparator" w:id="0">
    <w:p w14:paraId="31F078DF" w14:textId="77777777" w:rsidR="00382506" w:rsidRDefault="003825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dobe 繁黑體 Std B">
    <w:altName w:val="微軟正黑體"/>
    <w:panose1 w:val="00000000000000000000"/>
    <w:charset w:val="88"/>
    <w:family w:val="swiss"/>
    <w:notTrueType/>
    <w:pitch w:val="variable"/>
    <w:sig w:usb0="00000203" w:usb1="1A0F1900" w:usb2="00000016" w:usb3="00000000" w:csb0="00120005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F5BBE7" w14:textId="77777777" w:rsidR="00665951" w:rsidRDefault="00000000">
    <w:pPr>
      <w:pStyle w:val="a7"/>
      <w:jc w:val="center"/>
    </w:pPr>
    <w:r>
      <w:rPr>
        <w:rFonts w:cs="Times New Roman"/>
        <w:color w:val="666666"/>
        <w:sz w:val="17"/>
      </w:rPr>
      <w:t xml:space="preserve">2026 International Conference on Smart Baking and Green Innovation for Sustainability   |   </w:t>
    </w:r>
    <w:r>
      <w:fldChar w:fldCharType="begin"/>
    </w:r>
    <w:r>
      <w:instrText>PAGE</w:instrText>
    </w:r>
    <w:r>
      <w:fldChar w:fldCharType="separate"/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4C4A86" w14:textId="77777777" w:rsidR="00665951" w:rsidRDefault="00000000">
    <w:pPr>
      <w:pStyle w:val="a7"/>
      <w:jc w:val="center"/>
    </w:pPr>
    <w:r>
      <w:rPr>
        <w:rFonts w:cs="Times New Roman"/>
        <w:color w:val="666666"/>
        <w:sz w:val="17"/>
      </w:rPr>
      <w:t xml:space="preserve">2026 International Conference on Smart Baking and Green Innovation for Sustainability   |   </w:t>
    </w:r>
    <w:r>
      <w:fldChar w:fldCharType="begin"/>
    </w:r>
    <w:r>
      <w:instrText>PAGE</w:instrText>
    </w:r>
    <w:r>
      <w:fldChar w:fldCharType="separate"/>
    </w:r>
    <w:r w:rsidR="00CE6473">
      <w:rPr>
        <w:noProof/>
      </w:rPr>
      <w:t>1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75C00C" w14:textId="77777777" w:rsidR="00E723CB" w:rsidRPr="000F70F5" w:rsidRDefault="00E723CB" w:rsidP="00894920">
    <w:pPr>
      <w:pStyle w:val="a7"/>
      <w:jc w:val="right"/>
      <w:rPr>
        <w:rFonts w:ascii="Adobe 繁黑體 Std B" w:eastAsia="Adobe 繁黑體 Std B" w:hAnsi="Adobe 繁黑體 Std B"/>
      </w:rPr>
    </w:pPr>
  </w:p>
  <w:p w14:paraId="08558C91" w14:textId="77777777" w:rsidR="00E723CB" w:rsidRDefault="00E723CB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00D8B2" w14:textId="77777777" w:rsidR="00382506" w:rsidRDefault="00382506">
      <w:pPr>
        <w:spacing w:after="0" w:line="240" w:lineRule="auto"/>
      </w:pPr>
      <w:r>
        <w:separator/>
      </w:r>
    </w:p>
  </w:footnote>
  <w:footnote w:type="continuationSeparator" w:id="0">
    <w:p w14:paraId="5F408014" w14:textId="77777777" w:rsidR="00382506" w:rsidRDefault="003825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28321C" w14:textId="23651BD9" w:rsidR="006D3758" w:rsidRPr="006D3758" w:rsidRDefault="006D3758" w:rsidP="006D3758">
    <w:pPr>
      <w:widowControl w:val="0"/>
      <w:spacing w:after="0" w:line="240" w:lineRule="auto"/>
      <w:rPr>
        <w:rFonts w:eastAsia="標楷體" w:cs="Times New Roman"/>
        <w:color w:val="FF0000"/>
        <w:kern w:val="2"/>
        <w:sz w:val="24"/>
        <w:szCs w:val="24"/>
        <w:lang w:eastAsia="zh-TW"/>
      </w:rPr>
    </w:pPr>
    <w:r w:rsidRPr="006D3758">
      <w:rPr>
        <w:rFonts w:ascii="Calibri" w:eastAsia="標楷體" w:hAnsi="Calibri" w:cs="Times New Roman"/>
        <w:noProof/>
        <w:kern w:val="2"/>
        <w:sz w:val="24"/>
        <w:lang w:eastAsia="zh-TW"/>
      </w:rPr>
      <w:drawing>
        <wp:anchor distT="0" distB="0" distL="114300" distR="114300" simplePos="0" relativeHeight="251659264" behindDoc="0" locked="0" layoutInCell="1" allowOverlap="1" wp14:anchorId="379A33ED" wp14:editId="2F29E1E8">
          <wp:simplePos x="0" y="0"/>
          <wp:positionH relativeFrom="column">
            <wp:posOffset>5219700</wp:posOffset>
          </wp:positionH>
          <wp:positionV relativeFrom="paragraph">
            <wp:posOffset>-126365</wp:posOffset>
          </wp:positionV>
          <wp:extent cx="1187128" cy="841849"/>
          <wp:effectExtent l="0" t="0" r="0" b="0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87128" cy="84184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6D3758">
      <w:rPr>
        <w:rFonts w:eastAsia="標楷體" w:cs="Times New Roman"/>
        <w:color w:val="FF0000"/>
        <w:kern w:val="2"/>
        <w:sz w:val="24"/>
        <w:szCs w:val="24"/>
        <w:lang w:eastAsia="zh-TW"/>
      </w:rPr>
      <w:t>截止收稿日期：</w:t>
    </w:r>
    <w:r w:rsidRPr="006D3758">
      <w:rPr>
        <w:rFonts w:eastAsia="標楷體" w:cs="Times New Roman"/>
        <w:color w:val="FF0000"/>
        <w:kern w:val="2"/>
        <w:sz w:val="24"/>
        <w:szCs w:val="24"/>
        <w:lang w:eastAsia="zh-TW"/>
      </w:rPr>
      <w:t>2026</w:t>
    </w:r>
    <w:r w:rsidRPr="006D3758">
      <w:rPr>
        <w:rFonts w:eastAsia="標楷體" w:cs="Times New Roman"/>
        <w:color w:val="FF0000"/>
        <w:kern w:val="2"/>
        <w:sz w:val="24"/>
        <w:szCs w:val="24"/>
        <w:lang w:eastAsia="zh-TW"/>
      </w:rPr>
      <w:t>年</w:t>
    </w:r>
    <w:r w:rsidRPr="006D3758">
      <w:rPr>
        <w:rFonts w:eastAsia="標楷體" w:cs="Times New Roman"/>
        <w:color w:val="FF0000"/>
        <w:kern w:val="2"/>
        <w:sz w:val="24"/>
        <w:szCs w:val="24"/>
        <w:lang w:eastAsia="zh-TW"/>
      </w:rPr>
      <w:t>10</w:t>
    </w:r>
    <w:r w:rsidRPr="006D3758">
      <w:rPr>
        <w:rFonts w:eastAsia="標楷體" w:cs="Times New Roman"/>
        <w:color w:val="FF0000"/>
        <w:kern w:val="2"/>
        <w:sz w:val="24"/>
        <w:szCs w:val="24"/>
        <w:lang w:eastAsia="zh-TW"/>
      </w:rPr>
      <w:t>月</w:t>
    </w:r>
    <w:r w:rsidRPr="006D3758">
      <w:rPr>
        <w:rFonts w:eastAsia="標楷體" w:cs="Times New Roman"/>
        <w:color w:val="FF0000"/>
        <w:kern w:val="2"/>
        <w:sz w:val="24"/>
        <w:szCs w:val="24"/>
        <w:lang w:eastAsia="zh-TW"/>
      </w:rPr>
      <w:t>30</w:t>
    </w:r>
    <w:r w:rsidRPr="006D3758">
      <w:rPr>
        <w:rFonts w:eastAsia="標楷體" w:cs="Times New Roman"/>
        <w:color w:val="FF0000"/>
        <w:kern w:val="2"/>
        <w:sz w:val="24"/>
        <w:szCs w:val="24"/>
        <w:lang w:eastAsia="zh-TW"/>
      </w:rPr>
      <w:t>日</w:t>
    </w:r>
  </w:p>
  <w:p w14:paraId="39C4577C" w14:textId="549641BF" w:rsidR="006D3758" w:rsidRDefault="006D3758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B51A7F" w14:textId="77777777" w:rsidR="006D3758" w:rsidRPr="006D3758" w:rsidRDefault="006D3758" w:rsidP="006D3758">
    <w:pPr>
      <w:widowControl w:val="0"/>
      <w:spacing w:after="0" w:line="240" w:lineRule="auto"/>
      <w:rPr>
        <w:rFonts w:eastAsia="標楷體" w:cs="Times New Roman"/>
        <w:color w:val="FF0000"/>
        <w:kern w:val="2"/>
        <w:sz w:val="24"/>
        <w:szCs w:val="24"/>
        <w:lang w:eastAsia="zh-TW"/>
      </w:rPr>
    </w:pPr>
    <w:r w:rsidRPr="006D3758">
      <w:rPr>
        <w:rFonts w:ascii="Calibri" w:eastAsia="標楷體" w:hAnsi="Calibri" w:cs="Times New Roman"/>
        <w:noProof/>
        <w:kern w:val="2"/>
        <w:sz w:val="24"/>
        <w:lang w:eastAsia="zh-TW"/>
      </w:rPr>
      <w:drawing>
        <wp:anchor distT="0" distB="0" distL="114300" distR="114300" simplePos="0" relativeHeight="251661312" behindDoc="0" locked="0" layoutInCell="1" allowOverlap="1" wp14:anchorId="2FF81659" wp14:editId="1B0D1D19">
          <wp:simplePos x="0" y="0"/>
          <wp:positionH relativeFrom="column">
            <wp:posOffset>5007559</wp:posOffset>
          </wp:positionH>
          <wp:positionV relativeFrom="paragraph">
            <wp:posOffset>-119049</wp:posOffset>
          </wp:positionV>
          <wp:extent cx="1187128" cy="841849"/>
          <wp:effectExtent l="0" t="0" r="0" b="0"/>
          <wp:wrapSquare wrapText="bothSides"/>
          <wp:docPr id="135734217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87128" cy="84184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6D3758">
      <w:rPr>
        <w:rFonts w:eastAsia="標楷體" w:cs="Times New Roman"/>
        <w:color w:val="FF0000"/>
        <w:kern w:val="2"/>
        <w:sz w:val="24"/>
        <w:szCs w:val="24"/>
        <w:lang w:eastAsia="zh-TW"/>
      </w:rPr>
      <w:t>截止收稿日期：</w:t>
    </w:r>
    <w:r w:rsidRPr="006D3758">
      <w:rPr>
        <w:rFonts w:eastAsia="標楷體" w:cs="Times New Roman"/>
        <w:color w:val="FF0000"/>
        <w:kern w:val="2"/>
        <w:sz w:val="24"/>
        <w:szCs w:val="24"/>
        <w:lang w:eastAsia="zh-TW"/>
      </w:rPr>
      <w:t>2026</w:t>
    </w:r>
    <w:r w:rsidRPr="006D3758">
      <w:rPr>
        <w:rFonts w:eastAsia="標楷體" w:cs="Times New Roman"/>
        <w:color w:val="FF0000"/>
        <w:kern w:val="2"/>
        <w:sz w:val="24"/>
        <w:szCs w:val="24"/>
        <w:lang w:eastAsia="zh-TW"/>
      </w:rPr>
      <w:t>年</w:t>
    </w:r>
    <w:r w:rsidRPr="006D3758">
      <w:rPr>
        <w:rFonts w:eastAsia="標楷體" w:cs="Times New Roman"/>
        <w:color w:val="FF0000"/>
        <w:kern w:val="2"/>
        <w:sz w:val="24"/>
        <w:szCs w:val="24"/>
        <w:lang w:eastAsia="zh-TW"/>
      </w:rPr>
      <w:t>10</w:t>
    </w:r>
    <w:r w:rsidRPr="006D3758">
      <w:rPr>
        <w:rFonts w:eastAsia="標楷體" w:cs="Times New Roman"/>
        <w:color w:val="FF0000"/>
        <w:kern w:val="2"/>
        <w:sz w:val="24"/>
        <w:szCs w:val="24"/>
        <w:lang w:eastAsia="zh-TW"/>
      </w:rPr>
      <w:t>月</w:t>
    </w:r>
    <w:r w:rsidRPr="006D3758">
      <w:rPr>
        <w:rFonts w:eastAsia="標楷體" w:cs="Times New Roman"/>
        <w:color w:val="FF0000"/>
        <w:kern w:val="2"/>
        <w:sz w:val="24"/>
        <w:szCs w:val="24"/>
        <w:lang w:eastAsia="zh-TW"/>
      </w:rPr>
      <w:t>30</w:t>
    </w:r>
    <w:r w:rsidRPr="006D3758">
      <w:rPr>
        <w:rFonts w:eastAsia="標楷體" w:cs="Times New Roman"/>
        <w:color w:val="FF0000"/>
        <w:kern w:val="2"/>
        <w:sz w:val="24"/>
        <w:szCs w:val="24"/>
        <w:lang w:eastAsia="zh-TW"/>
      </w:rPr>
      <w:t>日</w:t>
    </w:r>
  </w:p>
  <w:p w14:paraId="5B3752DB" w14:textId="77777777" w:rsidR="00E723CB" w:rsidRDefault="00E723CB" w:rsidP="006D3758">
    <w:pPr>
      <w:pStyle w:val="a5"/>
      <w:rPr>
        <w:lang w:eastAsia="zh-TW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31797662">
    <w:abstractNumId w:val="8"/>
  </w:num>
  <w:num w:numId="2" w16cid:durableId="2030720674">
    <w:abstractNumId w:val="6"/>
  </w:num>
  <w:num w:numId="3" w16cid:durableId="1802579762">
    <w:abstractNumId w:val="5"/>
  </w:num>
  <w:num w:numId="4" w16cid:durableId="335033265">
    <w:abstractNumId w:val="4"/>
  </w:num>
  <w:num w:numId="5" w16cid:durableId="128864922">
    <w:abstractNumId w:val="7"/>
  </w:num>
  <w:num w:numId="6" w16cid:durableId="288124780">
    <w:abstractNumId w:val="3"/>
  </w:num>
  <w:num w:numId="7" w16cid:durableId="1103381842">
    <w:abstractNumId w:val="2"/>
  </w:num>
  <w:num w:numId="8" w16cid:durableId="1700279264">
    <w:abstractNumId w:val="1"/>
  </w:num>
  <w:num w:numId="9" w16cid:durableId="20683352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bordersDoNotSurroundHeader/>
  <w:bordersDoNotSurroundFooter/>
  <w:proofState w:spelling="clean" w:grammar="clean"/>
  <w:defaultTabStop w:val="720"/>
  <w:drawingGridHorizontalSpacing w:val="105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1927E7"/>
    <w:rsid w:val="0029639D"/>
    <w:rsid w:val="00326F90"/>
    <w:rsid w:val="00382506"/>
    <w:rsid w:val="00407198"/>
    <w:rsid w:val="00417772"/>
    <w:rsid w:val="00477C02"/>
    <w:rsid w:val="004F4832"/>
    <w:rsid w:val="005F59CB"/>
    <w:rsid w:val="00622972"/>
    <w:rsid w:val="00665951"/>
    <w:rsid w:val="006D3758"/>
    <w:rsid w:val="00784A68"/>
    <w:rsid w:val="007F7B09"/>
    <w:rsid w:val="00881BFB"/>
    <w:rsid w:val="00882DC8"/>
    <w:rsid w:val="009D28BD"/>
    <w:rsid w:val="00A24015"/>
    <w:rsid w:val="00AA1D8D"/>
    <w:rsid w:val="00AE0AD2"/>
    <w:rsid w:val="00B47730"/>
    <w:rsid w:val="00C5654D"/>
    <w:rsid w:val="00CB0664"/>
    <w:rsid w:val="00CE6473"/>
    <w:rsid w:val="00E723CB"/>
    <w:rsid w:val="00E93CFA"/>
    <w:rsid w:val="00F662B4"/>
    <w:rsid w:val="00FC59A2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martTagType w:namespaceuri="urn:schemas-microsoft-com:office:smarttags" w:name="chmetcnv"/>
  <w:shapeDefaults>
    <o:shapedefaults v:ext="edit" spidmax="2050"/>
    <o:shapelayout v:ext="edit">
      <o:idmap v:ext="edit" data="2"/>
    </o:shapelayout>
  </w:shapeDefaults>
  <w:decimalSymbol w:val="."/>
  <w:listSeparator w:val=","/>
  <w14:docId w14:val="2FA820DC"/>
  <w14:defaultImageDpi w14:val="300"/>
  <w15:docId w15:val="{F5B34836-61C4-4E82-BC90-B771CDDA35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rPr>
      <w:rFonts w:ascii="Times New Roman" w:eastAsia="微軟正黑體" w:hAnsi="Times New Roman"/>
      <w:sz w:val="21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頁首 字元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頁尾 字元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標題 1 字元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標題 2 字元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標題 3 字元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標題 字元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副標題 字元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本文 字元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本文 2 字元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本文 3 字元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巨集文字 字元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af5">
    <w:name w:val="Quote"/>
    <w:basedOn w:val="a1"/>
    <w:next w:val="a1"/>
    <w:link w:val="af6"/>
    <w:uiPriority w:val="29"/>
    <w:qFormat/>
    <w:rsid w:val="00FC693F"/>
    <w:rPr>
      <w:i/>
      <w:iCs/>
      <w:color w:val="000000" w:themeColor="text1"/>
    </w:rPr>
  </w:style>
  <w:style w:type="character" w:customStyle="1" w:styleId="af6">
    <w:name w:val="引文 字元"/>
    <w:basedOn w:val="a2"/>
    <w:link w:val="af5"/>
    <w:uiPriority w:val="29"/>
    <w:rsid w:val="00FC693F"/>
    <w:rPr>
      <w:i/>
      <w:iCs/>
      <w:color w:val="000000" w:themeColor="text1"/>
    </w:rPr>
  </w:style>
  <w:style w:type="character" w:customStyle="1" w:styleId="40">
    <w:name w:val="標題 4 字元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標題 5 字元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標題 6 字元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標題 7 字元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標題 8 字元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標題 9 字元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7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8">
    <w:name w:val="Strong"/>
    <w:basedOn w:val="a2"/>
    <w:uiPriority w:val="22"/>
    <w:qFormat/>
    <w:rsid w:val="00FC693F"/>
    <w:rPr>
      <w:b/>
      <w:bCs/>
    </w:rPr>
  </w:style>
  <w:style w:type="character" w:styleId="af9">
    <w:name w:val="Emphasis"/>
    <w:basedOn w:val="a2"/>
    <w:uiPriority w:val="20"/>
    <w:qFormat/>
    <w:rsid w:val="00FC693F"/>
    <w:rPr>
      <w:i/>
      <w:iCs/>
    </w:rPr>
  </w:style>
  <w:style w:type="paragraph" w:styleId="afa">
    <w:name w:val="Intense Quote"/>
    <w:basedOn w:val="a1"/>
    <w:next w:val="a1"/>
    <w:link w:val="afb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b">
    <w:name w:val="鮮明引文 字元"/>
    <w:basedOn w:val="a2"/>
    <w:link w:val="afa"/>
    <w:uiPriority w:val="30"/>
    <w:rsid w:val="00FC693F"/>
    <w:rPr>
      <w:b/>
      <w:bCs/>
      <w:i/>
      <w:iCs/>
      <w:color w:val="4F81BD" w:themeColor="accent1"/>
    </w:rPr>
  </w:style>
  <w:style w:type="character" w:styleId="afc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d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e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f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f0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1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2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3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4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5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7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8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9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6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7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8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9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3</Pages>
  <Words>353</Words>
  <Characters>2017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2366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2026 International Conference Abstract Submission Form</dc:title>
  <dc:subject>Bilingual abstract submission form</dc:subject>
  <dc:creator>Hungkuang University</dc:creator>
  <cp:keywords/>
  <dc:description>generated by python-docx</dc:description>
  <cp:lastModifiedBy>國恩 程</cp:lastModifiedBy>
  <cp:revision>7</cp:revision>
  <dcterms:created xsi:type="dcterms:W3CDTF">2013-12-23T23:15:00Z</dcterms:created>
  <dcterms:modified xsi:type="dcterms:W3CDTF">2026-09-14T13:02:00Z</dcterms:modified>
  <cp:category/>
</cp:coreProperties>
</file>